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16" w:type="dxa"/>
        <w:jc w:val="center"/>
        <w:tblLayout w:type="fixed"/>
        <w:tblLook w:val="04A0" w:firstRow="1" w:lastRow="0" w:firstColumn="1" w:lastColumn="0" w:noHBand="0" w:noVBand="1"/>
      </w:tblPr>
      <w:tblGrid>
        <w:gridCol w:w="11116"/>
      </w:tblGrid>
      <w:tr w:rsidR="009E36AA" w14:paraId="38047BB7" w14:textId="77777777">
        <w:trPr>
          <w:jc w:val="center"/>
        </w:trPr>
        <w:tc>
          <w:tcPr>
            <w:tcW w:w="11146" w:type="dxa"/>
            <w:tcBorders>
              <w:top w:val="single" w:sz="18" w:space="0" w:color="30343A"/>
              <w:left w:val="single" w:sz="18" w:space="0" w:color="30343A"/>
              <w:bottom w:val="single" w:sz="18" w:space="0" w:color="9B6B3F"/>
              <w:right w:val="single" w:sz="18" w:space="0" w:color="30343A"/>
            </w:tcBorders>
            <w:shd w:val="clear" w:color="auto" w:fill="30353B"/>
            <w:tcMar>
              <w:top w:w="70" w:type="dxa"/>
              <w:left w:w="120" w:type="dxa"/>
              <w:bottom w:w="55" w:type="dxa"/>
              <w:right w:w="120" w:type="dxa"/>
            </w:tcMar>
          </w:tcPr>
          <w:p w14:paraId="1A487C79" w14:textId="77777777" w:rsidR="009E36AA" w:rsidRDefault="00000000">
            <w:pPr>
              <w:spacing w:line="216" w:lineRule="auto"/>
              <w:jc w:val="center"/>
              <w:rPr>
                <w:rFonts w:hint="eastAsia"/>
              </w:rPr>
            </w:pPr>
            <w:r>
              <w:rPr>
                <w:rFonts w:ascii="EB Garamond" w:eastAsia="EB Garamond" w:hAnsi="EB Garamond"/>
                <w:b/>
                <w:color w:val="FFFFFF"/>
                <w:sz w:val="44"/>
              </w:rPr>
              <w:t>SMALL PINHOLE CAMERA</w:t>
            </w:r>
          </w:p>
          <w:p w14:paraId="69DC004D" w14:textId="77777777" w:rsidR="009E36AA" w:rsidRDefault="00000000">
            <w:pPr>
              <w:spacing w:line="216" w:lineRule="auto"/>
              <w:jc w:val="center"/>
              <w:rPr>
                <w:rFonts w:hint="eastAsia"/>
              </w:rPr>
            </w:pPr>
            <w:r>
              <w:rPr>
                <w:rFonts w:eastAsia="Lato"/>
                <w:b/>
                <w:color w:val="D8D9DA"/>
                <w:sz w:val="15"/>
              </w:rPr>
              <w:t>EIGHT-STEP BUILD INSTRUCTIONS</w:t>
            </w:r>
          </w:p>
        </w:tc>
      </w:tr>
    </w:tbl>
    <w:p w14:paraId="1F0AEAFB" w14:textId="77777777" w:rsidR="009E36AA" w:rsidRDefault="009E36AA">
      <w:pPr>
        <w:spacing w:after="20" w:line="72" w:lineRule="auto"/>
        <w:rPr>
          <w:rFonts w:hint="eastAsia"/>
        </w:rPr>
      </w:pPr>
    </w:p>
    <w:tbl>
      <w:tblPr>
        <w:tblW w:w="11116" w:type="dxa"/>
        <w:jc w:val="center"/>
        <w:tblLayout w:type="fixed"/>
        <w:tblLook w:val="04A0" w:firstRow="1" w:lastRow="0" w:firstColumn="1" w:lastColumn="0" w:noHBand="0" w:noVBand="1"/>
      </w:tblPr>
      <w:tblGrid>
        <w:gridCol w:w="4823"/>
        <w:gridCol w:w="3672"/>
        <w:gridCol w:w="2621"/>
      </w:tblGrid>
      <w:tr w:rsidR="009E36AA" w14:paraId="51868743" w14:textId="77777777">
        <w:trPr>
          <w:jc w:val="center"/>
        </w:trPr>
        <w:tc>
          <w:tcPr>
            <w:tcW w:w="4824" w:type="dxa"/>
            <w:tcBorders>
              <w:top w:val="single" w:sz="6" w:space="0" w:color="8B8F93"/>
              <w:left w:val="single" w:sz="6" w:space="0" w:color="8B8F93"/>
              <w:bottom w:val="single" w:sz="6" w:space="0" w:color="8B8F93"/>
              <w:right w:val="single" w:sz="6" w:space="0" w:color="8B8F93"/>
            </w:tcBorders>
            <w:shd w:val="clear" w:color="auto" w:fill="F6F5F2"/>
            <w:tcMar>
              <w:top w:w="40" w:type="dxa"/>
              <w:left w:w="80" w:type="dxa"/>
              <w:bottom w:w="35" w:type="dxa"/>
              <w:right w:w="80" w:type="dxa"/>
            </w:tcMar>
          </w:tcPr>
          <w:p w14:paraId="00E56E50" w14:textId="77777777" w:rsidR="009E36AA" w:rsidRDefault="00000000">
            <w:pPr>
              <w:spacing w:line="216" w:lineRule="auto"/>
              <w:rPr>
                <w:rFonts w:hint="eastAsia"/>
              </w:rPr>
            </w:pPr>
            <w:r>
              <w:rPr>
                <w:rFonts w:eastAsia="Lato"/>
                <w:b/>
                <w:color w:val="4B5056"/>
                <w:sz w:val="13"/>
              </w:rPr>
              <w:t xml:space="preserve">PROJECT / VERSION:  </w:t>
            </w:r>
            <w:r>
              <w:rPr>
                <w:rFonts w:eastAsia="Lato"/>
                <w:color w:val="666A70"/>
                <w:sz w:val="13"/>
              </w:rPr>
              <w:t>SMALL PINHOLE CAMERA / v1.0</w:t>
            </w:r>
          </w:p>
        </w:tc>
        <w:tc>
          <w:tcPr>
            <w:tcW w:w="3672" w:type="dxa"/>
            <w:tcBorders>
              <w:top w:val="single" w:sz="6" w:space="0" w:color="8B8F93"/>
              <w:left w:val="single" w:sz="6" w:space="0" w:color="8B8F93"/>
              <w:bottom w:val="single" w:sz="6" w:space="0" w:color="8B8F93"/>
              <w:right w:val="single" w:sz="6" w:space="0" w:color="8B8F93"/>
            </w:tcBorders>
            <w:shd w:val="clear" w:color="auto" w:fill="F6F5F2"/>
            <w:tcMar>
              <w:top w:w="40" w:type="dxa"/>
              <w:left w:w="80" w:type="dxa"/>
              <w:bottom w:w="35" w:type="dxa"/>
              <w:right w:w="80" w:type="dxa"/>
            </w:tcMar>
          </w:tcPr>
          <w:p w14:paraId="7CC59F57" w14:textId="77777777" w:rsidR="009E36AA" w:rsidRDefault="00000000">
            <w:pPr>
              <w:spacing w:line="216" w:lineRule="auto"/>
              <w:rPr>
                <w:rFonts w:hint="eastAsia"/>
              </w:rPr>
            </w:pPr>
            <w:r>
              <w:rPr>
                <w:rFonts w:eastAsia="Lato"/>
                <w:b/>
                <w:color w:val="4B5056"/>
                <w:sz w:val="13"/>
              </w:rPr>
              <w:t xml:space="preserve">BUILDER:  </w:t>
            </w:r>
            <w:r>
              <w:rPr>
                <w:rFonts w:eastAsia="Lato"/>
                <w:color w:val="666A70"/>
                <w:sz w:val="13"/>
              </w:rPr>
              <w:t>____________________</w:t>
            </w:r>
          </w:p>
        </w:tc>
        <w:tc>
          <w:tcPr>
            <w:tcW w:w="2621" w:type="dxa"/>
            <w:tcBorders>
              <w:top w:val="single" w:sz="6" w:space="0" w:color="8B8F93"/>
              <w:left w:val="single" w:sz="6" w:space="0" w:color="8B8F93"/>
              <w:bottom w:val="single" w:sz="6" w:space="0" w:color="8B8F93"/>
              <w:right w:val="single" w:sz="6" w:space="0" w:color="8B8F93"/>
            </w:tcBorders>
            <w:shd w:val="clear" w:color="auto" w:fill="F6F5F2"/>
            <w:tcMar>
              <w:top w:w="40" w:type="dxa"/>
              <w:left w:w="80" w:type="dxa"/>
              <w:bottom w:w="35" w:type="dxa"/>
              <w:right w:w="80" w:type="dxa"/>
            </w:tcMar>
          </w:tcPr>
          <w:p w14:paraId="447EDA39" w14:textId="77777777" w:rsidR="009E36AA" w:rsidRDefault="00000000">
            <w:pPr>
              <w:spacing w:line="216" w:lineRule="auto"/>
              <w:rPr>
                <w:rFonts w:hint="eastAsia"/>
              </w:rPr>
            </w:pPr>
            <w:r>
              <w:rPr>
                <w:rFonts w:eastAsia="Lato"/>
                <w:b/>
                <w:color w:val="4B5056"/>
                <w:sz w:val="13"/>
              </w:rPr>
              <w:t xml:space="preserve">DATE:  </w:t>
            </w:r>
            <w:r>
              <w:rPr>
                <w:rFonts w:eastAsia="Lato"/>
                <w:color w:val="666A70"/>
                <w:sz w:val="13"/>
              </w:rPr>
              <w:t>______________</w:t>
            </w:r>
          </w:p>
        </w:tc>
      </w:tr>
    </w:tbl>
    <w:p w14:paraId="30FFE4EA" w14:textId="77777777" w:rsidR="009E36AA" w:rsidRDefault="009E36AA">
      <w:pPr>
        <w:spacing w:after="20" w:line="48" w:lineRule="auto"/>
        <w:rPr>
          <w:rFonts w:hint="eastAsia"/>
        </w:rPr>
      </w:pPr>
    </w:p>
    <w:tbl>
      <w:tblPr>
        <w:tblW w:w="11116" w:type="dxa"/>
        <w:jc w:val="center"/>
        <w:tblBorders>
          <w:top w:val="nil"/>
          <w:left w:val="nil"/>
          <w:bottom w:val="nil"/>
          <w:right w:val="nil"/>
          <w:insideH w:val="nil"/>
          <w:insideV w:val="nil"/>
        </w:tblBorders>
        <w:tblLayout w:type="fixed"/>
        <w:tblLook w:val="04A0" w:firstRow="1" w:lastRow="0" w:firstColumn="1" w:lastColumn="0" w:noHBand="0" w:noVBand="1"/>
      </w:tblPr>
      <w:tblGrid>
        <w:gridCol w:w="5558"/>
        <w:gridCol w:w="5558"/>
      </w:tblGrid>
      <w:tr w:rsidR="009E36AA" w14:paraId="0712FEC7" w14:textId="77777777">
        <w:trPr>
          <w:cantSplit/>
          <w:trHeight w:hRule="exact" w:val="6264"/>
          <w:jc w:val="center"/>
        </w:trPr>
        <w:tc>
          <w:tcPr>
            <w:tcW w:w="5573" w:type="dxa"/>
            <w:tcMar>
              <w:top w:w="42" w:type="dxa"/>
              <w:left w:w="42" w:type="dxa"/>
              <w:bottom w:w="42" w:type="dxa"/>
              <w:right w:w="42" w:type="dxa"/>
            </w:tcMar>
          </w:tcPr>
          <w:tbl>
            <w:tblPr>
              <w:tblW w:w="5356" w:type="dxa"/>
              <w:jc w:val="center"/>
              <w:tblLayout w:type="fixed"/>
              <w:tblLook w:val="04A0" w:firstRow="1" w:lastRow="0" w:firstColumn="1" w:lastColumn="0" w:noHBand="0" w:noVBand="1"/>
            </w:tblPr>
            <w:tblGrid>
              <w:gridCol w:w="662"/>
              <w:gridCol w:w="4694"/>
            </w:tblGrid>
            <w:tr w:rsidR="009E36AA" w14:paraId="451BEBB8" w14:textId="77777777">
              <w:trPr>
                <w:cantSplit/>
                <w:trHeight w:hRule="exact" w:val="547"/>
                <w:jc w:val="center"/>
              </w:trPr>
              <w:tc>
                <w:tcPr>
                  <w:tcW w:w="662" w:type="dxa"/>
                  <w:tcBorders>
                    <w:top w:val="single" w:sz="8" w:space="0" w:color="4B5056"/>
                    <w:left w:val="single" w:sz="8" w:space="0" w:color="4B5056"/>
                    <w:bottom w:val="single" w:sz="8" w:space="0" w:color="4B5056"/>
                    <w:right w:val="single" w:sz="8" w:space="0" w:color="9B6B3F"/>
                  </w:tcBorders>
                  <w:shd w:val="clear" w:color="auto" w:fill="9B6B3F"/>
                  <w:tcMar>
                    <w:top w:w="0" w:type="dxa"/>
                    <w:left w:w="0" w:type="dxa"/>
                    <w:bottom w:w="0" w:type="dxa"/>
                    <w:right w:w="0" w:type="dxa"/>
                  </w:tcMar>
                  <w:vAlign w:val="center"/>
                </w:tcPr>
                <w:p w14:paraId="63FDBB19" w14:textId="77777777" w:rsidR="009E36AA" w:rsidRDefault="00000000">
                  <w:pPr>
                    <w:spacing w:line="216" w:lineRule="auto"/>
                    <w:jc w:val="center"/>
                    <w:rPr>
                      <w:rFonts w:hint="eastAsia"/>
                    </w:rPr>
                  </w:pPr>
                  <w:r>
                    <w:rPr>
                      <w:rFonts w:eastAsia="Lato"/>
                      <w:b/>
                      <w:color w:val="FFFFFF"/>
                      <w:sz w:val="24"/>
                    </w:rPr>
                    <w:t>1</w:t>
                  </w:r>
                </w:p>
              </w:tc>
              <w:tc>
                <w:tcPr>
                  <w:tcW w:w="4694" w:type="dxa"/>
                  <w:tcBorders>
                    <w:top w:val="single" w:sz="8" w:space="0" w:color="4B5056"/>
                    <w:left w:val="single" w:sz="8" w:space="0" w:color="4B5056"/>
                    <w:bottom w:val="single" w:sz="8" w:space="0" w:color="4B5056"/>
                    <w:right w:val="single" w:sz="8" w:space="0" w:color="4B5056"/>
                  </w:tcBorders>
                  <w:shd w:val="clear" w:color="auto" w:fill="4B5056"/>
                  <w:tcMar>
                    <w:top w:w="0" w:type="dxa"/>
                    <w:left w:w="80" w:type="dxa"/>
                    <w:bottom w:w="0" w:type="dxa"/>
                    <w:right w:w="70" w:type="dxa"/>
                  </w:tcMar>
                  <w:vAlign w:val="center"/>
                </w:tcPr>
                <w:p w14:paraId="17FFA2F9" w14:textId="77777777" w:rsidR="009E36AA" w:rsidRDefault="00000000">
                  <w:pPr>
                    <w:spacing w:line="216" w:lineRule="auto"/>
                    <w:rPr>
                      <w:rFonts w:hint="eastAsia"/>
                    </w:rPr>
                  </w:pPr>
                  <w:r>
                    <w:rPr>
                      <w:rFonts w:eastAsia="Lato"/>
                      <w:b/>
                      <w:color w:val="D7D8DA"/>
                      <w:sz w:val="15"/>
                    </w:rPr>
                    <w:t xml:space="preserve">STEP TITLE: </w:t>
                  </w:r>
                  <w:r>
                    <w:rPr>
                      <w:rFonts w:eastAsia="Lato"/>
                      <w:i/>
                      <w:color w:val="FFFFFF"/>
                      <w:sz w:val="15"/>
                    </w:rPr>
                    <w:t>GATHER MATERIALS</w:t>
                  </w:r>
                </w:p>
              </w:tc>
            </w:tr>
            <w:tr w:rsidR="009E36AA" w14:paraId="73F1EE93" w14:textId="77777777">
              <w:trPr>
                <w:cantSplit/>
                <w:trHeight w:hRule="exact" w:val="3715"/>
                <w:jc w:val="center"/>
              </w:trPr>
              <w:tc>
                <w:tcPr>
                  <w:tcW w:w="5356" w:type="dxa"/>
                  <w:gridSpan w:val="2"/>
                  <w:tcBorders>
                    <w:top w:val="single" w:sz="8" w:space="0" w:color="8B8F93"/>
                    <w:left w:val="single" w:sz="8" w:space="0" w:color="8B8F93"/>
                    <w:bottom w:val="single" w:sz="8" w:space="0" w:color="8B8F93"/>
                    <w:right w:val="single" w:sz="8" w:space="0" w:color="8B8F93"/>
                  </w:tcBorders>
                  <w:shd w:val="clear" w:color="auto" w:fill="ECEBE7"/>
                  <w:tcMar>
                    <w:top w:w="25" w:type="dxa"/>
                    <w:left w:w="40" w:type="dxa"/>
                    <w:bottom w:w="20" w:type="dxa"/>
                    <w:right w:w="40" w:type="dxa"/>
                  </w:tcMar>
                  <w:vAlign w:val="center"/>
                </w:tcPr>
                <w:p w14:paraId="5B2ED3B3" w14:textId="77777777" w:rsidR="009E36AA" w:rsidRDefault="00000000">
                  <w:pPr>
                    <w:spacing w:line="240" w:lineRule="auto"/>
                    <w:jc w:val="center"/>
                    <w:rPr>
                      <w:rFonts w:hint="eastAsia"/>
                    </w:rPr>
                  </w:pPr>
                  <w:r>
                    <w:rPr>
                      <w:noProof/>
                    </w:rPr>
                    <w:drawing>
                      <wp:inline distT="0" distB="0" distL="0" distR="0" wp14:anchorId="5EB5A1E5" wp14:editId="7910BBE2">
                        <wp:extent cx="3191256" cy="1994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_01.jpg"/>
                                <pic:cNvPicPr/>
                              </pic:nvPicPr>
                              <pic:blipFill>
                                <a:blip r:embed="rId8"/>
                                <a:stretch>
                                  <a:fillRect/>
                                </a:stretch>
                              </pic:blipFill>
                              <pic:spPr>
                                <a:xfrm>
                                  <a:off x="0" y="0"/>
                                  <a:ext cx="3191256" cy="1994535"/>
                                </a:xfrm>
                                <a:prstGeom prst="rect">
                                  <a:avLst/>
                                </a:prstGeom>
                              </pic:spPr>
                            </pic:pic>
                          </a:graphicData>
                        </a:graphic>
                      </wp:inline>
                    </w:drawing>
                  </w:r>
                </w:p>
                <w:p w14:paraId="2E7C5C69" w14:textId="77777777" w:rsidR="009E36AA" w:rsidRDefault="009E36AA">
                  <w:pPr>
                    <w:rPr>
                      <w:rFonts w:hint="eastAsia"/>
                    </w:rPr>
                  </w:pPr>
                </w:p>
              </w:tc>
            </w:tr>
            <w:tr w:rsidR="009E36AA" w14:paraId="60160620" w14:textId="77777777">
              <w:trPr>
                <w:cantSplit/>
                <w:trHeight w:hRule="exact" w:val="1152"/>
                <w:jc w:val="center"/>
              </w:trPr>
              <w:tc>
                <w:tcPr>
                  <w:tcW w:w="5356" w:type="dxa"/>
                  <w:gridSpan w:val="2"/>
                  <w:tcBorders>
                    <w:top w:val="single" w:sz="6" w:space="0" w:color="B9BBBD"/>
                    <w:left w:val="single" w:sz="8" w:space="0" w:color="8B8F93"/>
                    <w:bottom w:val="single" w:sz="4" w:space="0" w:color="D5D5D5"/>
                    <w:right w:val="single" w:sz="8" w:space="0" w:color="8B8F93"/>
                  </w:tcBorders>
                  <w:shd w:val="clear" w:color="auto" w:fill="FFFFFF"/>
                  <w:tcMar>
                    <w:top w:w="45" w:type="dxa"/>
                    <w:left w:w="75" w:type="dxa"/>
                    <w:bottom w:w="32" w:type="dxa"/>
                    <w:right w:w="65" w:type="dxa"/>
                  </w:tcMar>
                  <w:vAlign w:val="center"/>
                </w:tcPr>
                <w:p w14:paraId="235A73B7" w14:textId="77777777" w:rsidR="009E36AA" w:rsidRDefault="00000000">
                  <w:pPr>
                    <w:spacing w:line="216" w:lineRule="auto"/>
                    <w:rPr>
                      <w:rFonts w:hint="eastAsia"/>
                    </w:rPr>
                  </w:pPr>
                  <w:r>
                    <w:rPr>
                      <w:rFonts w:eastAsia="Lato"/>
                      <w:b/>
                      <w:color w:val="9B6B3F"/>
                      <w:sz w:val="14"/>
                    </w:rPr>
                    <w:t xml:space="preserve">WHAT TO DO: </w:t>
                  </w:r>
                  <w:r>
                    <w:rPr>
                      <w:rFonts w:eastAsia="Lato"/>
                      <w:color w:val="25282C"/>
                      <w:sz w:val="14"/>
                    </w:rPr>
                    <w:t>Gather all camera pieces, scissors, clear or transparent tape, black tape, the translucent screen material, and the pinhole insert.</w:t>
                  </w:r>
                </w:p>
              </w:tc>
            </w:tr>
            <w:tr w:rsidR="009E36AA" w14:paraId="3EC0D6C1" w14:textId="77777777">
              <w:trPr>
                <w:cantSplit/>
                <w:trHeight w:hRule="exact" w:val="835"/>
                <w:jc w:val="center"/>
              </w:trPr>
              <w:tc>
                <w:tcPr>
                  <w:tcW w:w="5356" w:type="dxa"/>
                  <w:gridSpan w:val="2"/>
                  <w:tcBorders>
                    <w:top w:val="single" w:sz="4" w:space="0" w:color="D5D5D5"/>
                    <w:left w:val="single" w:sz="8" w:space="0" w:color="8B8F93"/>
                    <w:bottom w:val="single" w:sz="8" w:space="0" w:color="8B8F93"/>
                    <w:right w:val="single" w:sz="8" w:space="0" w:color="8B8F93"/>
                  </w:tcBorders>
                  <w:shd w:val="clear" w:color="auto" w:fill="F6F5F2"/>
                  <w:tcMar>
                    <w:top w:w="30" w:type="dxa"/>
                    <w:left w:w="75" w:type="dxa"/>
                    <w:bottom w:w="28" w:type="dxa"/>
                    <w:right w:w="65" w:type="dxa"/>
                  </w:tcMar>
                  <w:vAlign w:val="center"/>
                </w:tcPr>
                <w:p w14:paraId="47F5E0E0" w14:textId="77777777" w:rsidR="009E36AA" w:rsidRDefault="00000000">
                  <w:pPr>
                    <w:spacing w:line="211" w:lineRule="auto"/>
                    <w:rPr>
                      <w:rFonts w:hint="eastAsia"/>
                    </w:rPr>
                  </w:pPr>
                  <w:r>
                    <w:rPr>
                      <w:rFonts w:eastAsia="Lato"/>
                      <w:b/>
                      <w:color w:val="4B5056"/>
                      <w:sz w:val="13"/>
                    </w:rPr>
                    <w:t xml:space="preserve">DETAILS: </w:t>
                  </w:r>
                  <w:r>
                    <w:rPr>
                      <w:rFonts w:eastAsia="Lato"/>
                      <w:color w:val="666A70"/>
                      <w:sz w:val="13"/>
                    </w:rPr>
                    <w:t>Lay everything out as shown and confirm all parts are present before starting.</w:t>
                  </w:r>
                </w:p>
              </w:tc>
            </w:tr>
          </w:tbl>
          <w:p w14:paraId="06FB7ABD" w14:textId="77777777" w:rsidR="009E36AA" w:rsidRDefault="009E36AA">
            <w:pPr>
              <w:spacing w:line="20" w:lineRule="exact"/>
              <w:rPr>
                <w:rFonts w:hint="eastAsia"/>
              </w:rPr>
            </w:pPr>
          </w:p>
        </w:tc>
        <w:tc>
          <w:tcPr>
            <w:tcW w:w="5573" w:type="dxa"/>
            <w:tcMar>
              <w:top w:w="42" w:type="dxa"/>
              <w:left w:w="42" w:type="dxa"/>
              <w:bottom w:w="42" w:type="dxa"/>
              <w:right w:w="42" w:type="dxa"/>
            </w:tcMar>
          </w:tcPr>
          <w:tbl>
            <w:tblPr>
              <w:tblW w:w="5356" w:type="dxa"/>
              <w:jc w:val="center"/>
              <w:tblLayout w:type="fixed"/>
              <w:tblLook w:val="04A0" w:firstRow="1" w:lastRow="0" w:firstColumn="1" w:lastColumn="0" w:noHBand="0" w:noVBand="1"/>
            </w:tblPr>
            <w:tblGrid>
              <w:gridCol w:w="662"/>
              <w:gridCol w:w="4694"/>
            </w:tblGrid>
            <w:tr w:rsidR="009E36AA" w14:paraId="149EE694" w14:textId="77777777">
              <w:trPr>
                <w:cantSplit/>
                <w:trHeight w:hRule="exact" w:val="547"/>
                <w:jc w:val="center"/>
              </w:trPr>
              <w:tc>
                <w:tcPr>
                  <w:tcW w:w="662" w:type="dxa"/>
                  <w:tcBorders>
                    <w:top w:val="single" w:sz="8" w:space="0" w:color="4B5056"/>
                    <w:left w:val="single" w:sz="8" w:space="0" w:color="4B5056"/>
                    <w:bottom w:val="single" w:sz="8" w:space="0" w:color="4B5056"/>
                    <w:right w:val="single" w:sz="8" w:space="0" w:color="9B6B3F"/>
                  </w:tcBorders>
                  <w:shd w:val="clear" w:color="auto" w:fill="9B6B3F"/>
                  <w:tcMar>
                    <w:top w:w="0" w:type="dxa"/>
                    <w:left w:w="0" w:type="dxa"/>
                    <w:bottom w:w="0" w:type="dxa"/>
                    <w:right w:w="0" w:type="dxa"/>
                  </w:tcMar>
                  <w:vAlign w:val="center"/>
                </w:tcPr>
                <w:p w14:paraId="78A06937" w14:textId="77777777" w:rsidR="009E36AA" w:rsidRDefault="00000000">
                  <w:pPr>
                    <w:spacing w:line="216" w:lineRule="auto"/>
                    <w:jc w:val="center"/>
                    <w:rPr>
                      <w:rFonts w:hint="eastAsia"/>
                    </w:rPr>
                  </w:pPr>
                  <w:r>
                    <w:rPr>
                      <w:rFonts w:eastAsia="Lato"/>
                      <w:b/>
                      <w:color w:val="FFFFFF"/>
                      <w:sz w:val="24"/>
                    </w:rPr>
                    <w:t>2</w:t>
                  </w:r>
                </w:p>
              </w:tc>
              <w:tc>
                <w:tcPr>
                  <w:tcW w:w="4694" w:type="dxa"/>
                  <w:tcBorders>
                    <w:top w:val="single" w:sz="8" w:space="0" w:color="4B5056"/>
                    <w:left w:val="single" w:sz="8" w:space="0" w:color="4B5056"/>
                    <w:bottom w:val="single" w:sz="8" w:space="0" w:color="4B5056"/>
                    <w:right w:val="single" w:sz="8" w:space="0" w:color="4B5056"/>
                  </w:tcBorders>
                  <w:shd w:val="clear" w:color="auto" w:fill="4B5056"/>
                  <w:tcMar>
                    <w:top w:w="0" w:type="dxa"/>
                    <w:left w:w="80" w:type="dxa"/>
                    <w:bottom w:w="0" w:type="dxa"/>
                    <w:right w:w="70" w:type="dxa"/>
                  </w:tcMar>
                  <w:vAlign w:val="center"/>
                </w:tcPr>
                <w:p w14:paraId="3CF16AE7" w14:textId="77777777" w:rsidR="009E36AA" w:rsidRDefault="00000000">
                  <w:pPr>
                    <w:spacing w:line="216" w:lineRule="auto"/>
                    <w:rPr>
                      <w:rFonts w:hint="eastAsia"/>
                    </w:rPr>
                  </w:pPr>
                  <w:r>
                    <w:rPr>
                      <w:rFonts w:eastAsia="Lato"/>
                      <w:b/>
                      <w:color w:val="D7D8DA"/>
                      <w:sz w:val="15"/>
                    </w:rPr>
                    <w:t xml:space="preserve">STEP TITLE: </w:t>
                  </w:r>
                  <w:r>
                    <w:rPr>
                      <w:rFonts w:eastAsia="Lato"/>
                      <w:i/>
                      <w:color w:val="FFFFFF"/>
                      <w:sz w:val="15"/>
                    </w:rPr>
                    <w:t>PREPARE THE SCREEN</w:t>
                  </w:r>
                </w:p>
              </w:tc>
            </w:tr>
            <w:tr w:rsidR="009E36AA" w14:paraId="16FD787C" w14:textId="77777777">
              <w:trPr>
                <w:cantSplit/>
                <w:trHeight w:hRule="exact" w:val="3715"/>
                <w:jc w:val="center"/>
              </w:trPr>
              <w:tc>
                <w:tcPr>
                  <w:tcW w:w="5356" w:type="dxa"/>
                  <w:gridSpan w:val="2"/>
                  <w:tcBorders>
                    <w:top w:val="single" w:sz="8" w:space="0" w:color="8B8F93"/>
                    <w:left w:val="single" w:sz="8" w:space="0" w:color="8B8F93"/>
                    <w:bottom w:val="single" w:sz="8" w:space="0" w:color="8B8F93"/>
                    <w:right w:val="single" w:sz="8" w:space="0" w:color="8B8F93"/>
                  </w:tcBorders>
                  <w:shd w:val="clear" w:color="auto" w:fill="ECEBE7"/>
                  <w:tcMar>
                    <w:top w:w="25" w:type="dxa"/>
                    <w:left w:w="40" w:type="dxa"/>
                    <w:bottom w:w="20" w:type="dxa"/>
                    <w:right w:w="40" w:type="dxa"/>
                  </w:tcMar>
                  <w:vAlign w:val="center"/>
                </w:tcPr>
                <w:p w14:paraId="2F007A42" w14:textId="77777777" w:rsidR="009E36AA" w:rsidRDefault="00000000">
                  <w:pPr>
                    <w:spacing w:line="240" w:lineRule="auto"/>
                    <w:jc w:val="center"/>
                    <w:rPr>
                      <w:rFonts w:hint="eastAsia"/>
                    </w:rPr>
                  </w:pPr>
                  <w:r>
                    <w:rPr>
                      <w:noProof/>
                    </w:rPr>
                    <w:drawing>
                      <wp:inline distT="0" distB="0" distL="0" distR="0" wp14:anchorId="1204CA4F" wp14:editId="5CD20041">
                        <wp:extent cx="3191256" cy="19945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_02.jpg"/>
                                <pic:cNvPicPr/>
                              </pic:nvPicPr>
                              <pic:blipFill>
                                <a:blip r:embed="rId9"/>
                                <a:stretch>
                                  <a:fillRect/>
                                </a:stretch>
                              </pic:blipFill>
                              <pic:spPr>
                                <a:xfrm>
                                  <a:off x="0" y="0"/>
                                  <a:ext cx="3191256" cy="1994535"/>
                                </a:xfrm>
                                <a:prstGeom prst="rect">
                                  <a:avLst/>
                                </a:prstGeom>
                              </pic:spPr>
                            </pic:pic>
                          </a:graphicData>
                        </a:graphic>
                      </wp:inline>
                    </w:drawing>
                  </w:r>
                </w:p>
                <w:p w14:paraId="405EFC2F" w14:textId="77777777" w:rsidR="009E36AA" w:rsidRDefault="009E36AA">
                  <w:pPr>
                    <w:rPr>
                      <w:rFonts w:hint="eastAsia"/>
                    </w:rPr>
                  </w:pPr>
                </w:p>
              </w:tc>
            </w:tr>
            <w:tr w:rsidR="009E36AA" w14:paraId="518CBD8E" w14:textId="77777777">
              <w:trPr>
                <w:cantSplit/>
                <w:trHeight w:hRule="exact" w:val="1152"/>
                <w:jc w:val="center"/>
              </w:trPr>
              <w:tc>
                <w:tcPr>
                  <w:tcW w:w="5356" w:type="dxa"/>
                  <w:gridSpan w:val="2"/>
                  <w:tcBorders>
                    <w:top w:val="single" w:sz="6" w:space="0" w:color="B9BBBD"/>
                    <w:left w:val="single" w:sz="8" w:space="0" w:color="8B8F93"/>
                    <w:bottom w:val="single" w:sz="4" w:space="0" w:color="D5D5D5"/>
                    <w:right w:val="single" w:sz="8" w:space="0" w:color="8B8F93"/>
                  </w:tcBorders>
                  <w:shd w:val="clear" w:color="auto" w:fill="FFFFFF"/>
                  <w:tcMar>
                    <w:top w:w="45" w:type="dxa"/>
                    <w:left w:w="75" w:type="dxa"/>
                    <w:bottom w:w="32" w:type="dxa"/>
                    <w:right w:w="65" w:type="dxa"/>
                  </w:tcMar>
                  <w:vAlign w:val="center"/>
                </w:tcPr>
                <w:p w14:paraId="1503E59F" w14:textId="3667F2E8" w:rsidR="009E36AA" w:rsidRDefault="00000000">
                  <w:pPr>
                    <w:spacing w:line="216" w:lineRule="auto"/>
                    <w:rPr>
                      <w:rFonts w:hint="eastAsia"/>
                    </w:rPr>
                  </w:pPr>
                  <w:r>
                    <w:rPr>
                      <w:rFonts w:eastAsia="Lato"/>
                      <w:b/>
                      <w:color w:val="9B6B3F"/>
                      <w:sz w:val="14"/>
                    </w:rPr>
                    <w:t xml:space="preserve">WHAT TO DO: </w:t>
                  </w:r>
                  <w:r>
                    <w:rPr>
                      <w:rFonts w:eastAsia="Lato"/>
                      <w:color w:val="25282C"/>
                      <w:sz w:val="14"/>
                    </w:rPr>
                    <w:t xml:space="preserve">Tear off 12 pieces of </w:t>
                  </w:r>
                  <w:r w:rsidR="009A7253">
                    <w:rPr>
                      <w:rFonts w:eastAsia="Lato"/>
                      <w:color w:val="25282C"/>
                      <w:sz w:val="14"/>
                    </w:rPr>
                    <w:t>transparent</w:t>
                  </w:r>
                  <w:r>
                    <w:rPr>
                      <w:rFonts w:eastAsia="Lato"/>
                      <w:color w:val="25282C"/>
                      <w:sz w:val="14"/>
                    </w:rPr>
                    <w:t xml:space="preserve"> tape. Use </w:t>
                  </w:r>
                  <w:r w:rsidR="009A7253">
                    <w:rPr>
                      <w:rFonts w:eastAsia="Lato"/>
                      <w:color w:val="25282C"/>
                      <w:sz w:val="14"/>
                    </w:rPr>
                    <w:t xml:space="preserve">two </w:t>
                  </w:r>
                  <w:r>
                    <w:rPr>
                      <w:rFonts w:eastAsia="Lato"/>
                      <w:color w:val="25282C"/>
                      <w:sz w:val="14"/>
                    </w:rPr>
                    <w:t>pieces to attach tissue paper, tracing paper, or scrim material to the black side of the frame.</w:t>
                  </w:r>
                </w:p>
              </w:tc>
            </w:tr>
            <w:tr w:rsidR="009E36AA" w14:paraId="7D609C01" w14:textId="77777777">
              <w:trPr>
                <w:cantSplit/>
                <w:trHeight w:hRule="exact" w:val="835"/>
                <w:jc w:val="center"/>
              </w:trPr>
              <w:tc>
                <w:tcPr>
                  <w:tcW w:w="5356" w:type="dxa"/>
                  <w:gridSpan w:val="2"/>
                  <w:tcBorders>
                    <w:top w:val="single" w:sz="4" w:space="0" w:color="D5D5D5"/>
                    <w:left w:val="single" w:sz="8" w:space="0" w:color="8B8F93"/>
                    <w:bottom w:val="single" w:sz="8" w:space="0" w:color="8B8F93"/>
                    <w:right w:val="single" w:sz="8" w:space="0" w:color="8B8F93"/>
                  </w:tcBorders>
                  <w:shd w:val="clear" w:color="auto" w:fill="F6F5F2"/>
                  <w:tcMar>
                    <w:top w:w="30" w:type="dxa"/>
                    <w:left w:w="75" w:type="dxa"/>
                    <w:bottom w:w="28" w:type="dxa"/>
                    <w:right w:w="65" w:type="dxa"/>
                  </w:tcMar>
                  <w:vAlign w:val="center"/>
                </w:tcPr>
                <w:p w14:paraId="1F50E4A7" w14:textId="4FE5ACE4" w:rsidR="009E36AA" w:rsidRDefault="00000000">
                  <w:pPr>
                    <w:spacing w:line="211" w:lineRule="auto"/>
                    <w:rPr>
                      <w:rFonts w:hint="eastAsia"/>
                    </w:rPr>
                  </w:pPr>
                  <w:r>
                    <w:rPr>
                      <w:rFonts w:eastAsia="Lato"/>
                      <w:b/>
                      <w:color w:val="4B5056"/>
                      <w:sz w:val="13"/>
                    </w:rPr>
                    <w:t xml:space="preserve">DETAILS: </w:t>
                  </w:r>
                  <w:r>
                    <w:rPr>
                      <w:rFonts w:eastAsia="Lato"/>
                      <w:color w:val="666A70"/>
                      <w:sz w:val="13"/>
                    </w:rPr>
                    <w:t>Keep the material flat and cover the entire opening. Trim any excess if needed.</w:t>
                  </w:r>
                  <w:r w:rsidR="009A7253">
                    <w:rPr>
                      <w:rFonts w:eastAsia="Lato"/>
                      <w:color w:val="666A70"/>
                      <w:sz w:val="13"/>
                    </w:rPr>
                    <w:t xml:space="preserve"> Use more tape if needed.</w:t>
                  </w:r>
                </w:p>
              </w:tc>
            </w:tr>
          </w:tbl>
          <w:p w14:paraId="7E4DBB2F" w14:textId="77777777" w:rsidR="009E36AA" w:rsidRDefault="009E36AA">
            <w:pPr>
              <w:spacing w:line="20" w:lineRule="exact"/>
              <w:rPr>
                <w:rFonts w:hint="eastAsia"/>
              </w:rPr>
            </w:pPr>
          </w:p>
        </w:tc>
      </w:tr>
      <w:tr w:rsidR="009E36AA" w14:paraId="51F92068" w14:textId="77777777">
        <w:trPr>
          <w:cantSplit/>
          <w:trHeight w:hRule="exact" w:val="6264"/>
          <w:jc w:val="center"/>
        </w:trPr>
        <w:tc>
          <w:tcPr>
            <w:tcW w:w="5573" w:type="dxa"/>
            <w:tcMar>
              <w:top w:w="42" w:type="dxa"/>
              <w:left w:w="42" w:type="dxa"/>
              <w:bottom w:w="42" w:type="dxa"/>
              <w:right w:w="42" w:type="dxa"/>
            </w:tcMar>
          </w:tcPr>
          <w:tbl>
            <w:tblPr>
              <w:tblW w:w="5356" w:type="dxa"/>
              <w:jc w:val="center"/>
              <w:tblLayout w:type="fixed"/>
              <w:tblLook w:val="04A0" w:firstRow="1" w:lastRow="0" w:firstColumn="1" w:lastColumn="0" w:noHBand="0" w:noVBand="1"/>
            </w:tblPr>
            <w:tblGrid>
              <w:gridCol w:w="662"/>
              <w:gridCol w:w="4694"/>
            </w:tblGrid>
            <w:tr w:rsidR="009E36AA" w14:paraId="1DC1CD32" w14:textId="77777777">
              <w:trPr>
                <w:cantSplit/>
                <w:trHeight w:hRule="exact" w:val="547"/>
                <w:jc w:val="center"/>
              </w:trPr>
              <w:tc>
                <w:tcPr>
                  <w:tcW w:w="662" w:type="dxa"/>
                  <w:tcBorders>
                    <w:top w:val="single" w:sz="8" w:space="0" w:color="4B5056"/>
                    <w:left w:val="single" w:sz="8" w:space="0" w:color="4B5056"/>
                    <w:bottom w:val="single" w:sz="8" w:space="0" w:color="4B5056"/>
                    <w:right w:val="single" w:sz="8" w:space="0" w:color="9B6B3F"/>
                  </w:tcBorders>
                  <w:shd w:val="clear" w:color="auto" w:fill="9B6B3F"/>
                  <w:tcMar>
                    <w:top w:w="0" w:type="dxa"/>
                    <w:left w:w="0" w:type="dxa"/>
                    <w:bottom w:w="0" w:type="dxa"/>
                    <w:right w:w="0" w:type="dxa"/>
                  </w:tcMar>
                  <w:vAlign w:val="center"/>
                </w:tcPr>
                <w:p w14:paraId="7EC4BFC7" w14:textId="77777777" w:rsidR="009E36AA" w:rsidRDefault="00000000">
                  <w:pPr>
                    <w:spacing w:line="216" w:lineRule="auto"/>
                    <w:jc w:val="center"/>
                    <w:rPr>
                      <w:rFonts w:hint="eastAsia"/>
                    </w:rPr>
                  </w:pPr>
                  <w:r>
                    <w:rPr>
                      <w:rFonts w:eastAsia="Lato"/>
                      <w:b/>
                      <w:color w:val="FFFFFF"/>
                      <w:sz w:val="24"/>
                    </w:rPr>
                    <w:t>3</w:t>
                  </w:r>
                </w:p>
              </w:tc>
              <w:tc>
                <w:tcPr>
                  <w:tcW w:w="4694" w:type="dxa"/>
                  <w:tcBorders>
                    <w:top w:val="single" w:sz="8" w:space="0" w:color="4B5056"/>
                    <w:left w:val="single" w:sz="8" w:space="0" w:color="4B5056"/>
                    <w:bottom w:val="single" w:sz="8" w:space="0" w:color="4B5056"/>
                    <w:right w:val="single" w:sz="8" w:space="0" w:color="4B5056"/>
                  </w:tcBorders>
                  <w:shd w:val="clear" w:color="auto" w:fill="4B5056"/>
                  <w:tcMar>
                    <w:top w:w="0" w:type="dxa"/>
                    <w:left w:w="80" w:type="dxa"/>
                    <w:bottom w:w="0" w:type="dxa"/>
                    <w:right w:w="70" w:type="dxa"/>
                  </w:tcMar>
                  <w:vAlign w:val="center"/>
                </w:tcPr>
                <w:p w14:paraId="5CFE2AEE" w14:textId="77777777" w:rsidR="009E36AA" w:rsidRDefault="00000000">
                  <w:pPr>
                    <w:spacing w:line="216" w:lineRule="auto"/>
                    <w:rPr>
                      <w:rFonts w:hint="eastAsia"/>
                    </w:rPr>
                  </w:pPr>
                  <w:r>
                    <w:rPr>
                      <w:rFonts w:eastAsia="Lato"/>
                      <w:b/>
                      <w:color w:val="D7D8DA"/>
                      <w:sz w:val="15"/>
                    </w:rPr>
                    <w:t xml:space="preserve">STEP TITLE: </w:t>
                  </w:r>
                  <w:r>
                    <w:rPr>
                      <w:rFonts w:eastAsia="Lato"/>
                      <w:i/>
                      <w:color w:val="FFFFFF"/>
                      <w:sz w:val="15"/>
                    </w:rPr>
                    <w:t>FORM THE BODY</w:t>
                  </w:r>
                </w:p>
              </w:tc>
            </w:tr>
            <w:tr w:rsidR="009E36AA" w14:paraId="0AC615C3" w14:textId="77777777">
              <w:trPr>
                <w:cantSplit/>
                <w:trHeight w:hRule="exact" w:val="3715"/>
                <w:jc w:val="center"/>
              </w:trPr>
              <w:tc>
                <w:tcPr>
                  <w:tcW w:w="5356" w:type="dxa"/>
                  <w:gridSpan w:val="2"/>
                  <w:tcBorders>
                    <w:top w:val="single" w:sz="8" w:space="0" w:color="8B8F93"/>
                    <w:left w:val="single" w:sz="8" w:space="0" w:color="8B8F93"/>
                    <w:bottom w:val="single" w:sz="8" w:space="0" w:color="8B8F93"/>
                    <w:right w:val="single" w:sz="8" w:space="0" w:color="8B8F93"/>
                  </w:tcBorders>
                  <w:shd w:val="clear" w:color="auto" w:fill="ECEBE7"/>
                  <w:tcMar>
                    <w:top w:w="25" w:type="dxa"/>
                    <w:left w:w="40" w:type="dxa"/>
                    <w:bottom w:w="20" w:type="dxa"/>
                    <w:right w:w="40" w:type="dxa"/>
                  </w:tcMar>
                  <w:vAlign w:val="center"/>
                </w:tcPr>
                <w:p w14:paraId="2EE9BDBF" w14:textId="77777777" w:rsidR="009E36AA" w:rsidRDefault="00000000">
                  <w:pPr>
                    <w:spacing w:line="240" w:lineRule="auto"/>
                    <w:jc w:val="center"/>
                    <w:rPr>
                      <w:rFonts w:hint="eastAsia"/>
                    </w:rPr>
                  </w:pPr>
                  <w:r>
                    <w:rPr>
                      <w:noProof/>
                    </w:rPr>
                    <w:drawing>
                      <wp:inline distT="0" distB="0" distL="0" distR="0" wp14:anchorId="7F60A95B" wp14:editId="3A4E0FE7">
                        <wp:extent cx="3191256" cy="19945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_03.jpg"/>
                                <pic:cNvPicPr/>
                              </pic:nvPicPr>
                              <pic:blipFill>
                                <a:blip r:embed="rId10"/>
                                <a:stretch>
                                  <a:fillRect/>
                                </a:stretch>
                              </pic:blipFill>
                              <pic:spPr>
                                <a:xfrm>
                                  <a:off x="0" y="0"/>
                                  <a:ext cx="3191256" cy="1994535"/>
                                </a:xfrm>
                                <a:prstGeom prst="rect">
                                  <a:avLst/>
                                </a:prstGeom>
                              </pic:spPr>
                            </pic:pic>
                          </a:graphicData>
                        </a:graphic>
                      </wp:inline>
                    </w:drawing>
                  </w:r>
                </w:p>
                <w:p w14:paraId="58212645" w14:textId="77777777" w:rsidR="009E36AA" w:rsidRDefault="009E36AA">
                  <w:pPr>
                    <w:rPr>
                      <w:rFonts w:hint="eastAsia"/>
                    </w:rPr>
                  </w:pPr>
                </w:p>
              </w:tc>
            </w:tr>
            <w:tr w:rsidR="009E36AA" w14:paraId="117721AF" w14:textId="77777777">
              <w:trPr>
                <w:cantSplit/>
                <w:trHeight w:hRule="exact" w:val="1152"/>
                <w:jc w:val="center"/>
              </w:trPr>
              <w:tc>
                <w:tcPr>
                  <w:tcW w:w="5356" w:type="dxa"/>
                  <w:gridSpan w:val="2"/>
                  <w:tcBorders>
                    <w:top w:val="single" w:sz="6" w:space="0" w:color="B9BBBD"/>
                    <w:left w:val="single" w:sz="8" w:space="0" w:color="8B8F93"/>
                    <w:bottom w:val="single" w:sz="4" w:space="0" w:color="D5D5D5"/>
                    <w:right w:val="single" w:sz="8" w:space="0" w:color="8B8F93"/>
                  </w:tcBorders>
                  <w:shd w:val="clear" w:color="auto" w:fill="FFFFFF"/>
                  <w:tcMar>
                    <w:top w:w="45" w:type="dxa"/>
                    <w:left w:w="75" w:type="dxa"/>
                    <w:bottom w:w="32" w:type="dxa"/>
                    <w:right w:w="65" w:type="dxa"/>
                  </w:tcMar>
                  <w:vAlign w:val="center"/>
                </w:tcPr>
                <w:p w14:paraId="6C3D9482" w14:textId="17E62157" w:rsidR="009E36AA" w:rsidRDefault="00000000">
                  <w:pPr>
                    <w:spacing w:line="216" w:lineRule="auto"/>
                    <w:rPr>
                      <w:rFonts w:hint="eastAsia"/>
                    </w:rPr>
                  </w:pPr>
                  <w:r>
                    <w:rPr>
                      <w:rFonts w:eastAsia="Lato"/>
                      <w:b/>
                      <w:color w:val="9B6B3F"/>
                      <w:sz w:val="14"/>
                    </w:rPr>
                    <w:t xml:space="preserve">WHAT TO DO: </w:t>
                  </w:r>
                  <w:r>
                    <w:rPr>
                      <w:rFonts w:eastAsia="Lato"/>
                      <w:color w:val="25282C"/>
                      <w:sz w:val="14"/>
                    </w:rPr>
                    <w:t>Lay out the long body pieces to create a bottom and two side walls. Fold the bottom and sides together, then use clear tape to hold the seams.</w:t>
                  </w:r>
                  <w:r w:rsidR="009A7253">
                    <w:rPr>
                      <w:rFonts w:eastAsia="Lato"/>
                      <w:color w:val="25282C"/>
                      <w:sz w:val="14"/>
                    </w:rPr>
                    <w:t xml:space="preserve"> This is only a temporary hold.</w:t>
                  </w:r>
                </w:p>
              </w:tc>
            </w:tr>
            <w:tr w:rsidR="009E36AA" w14:paraId="0C2F1965" w14:textId="77777777">
              <w:trPr>
                <w:cantSplit/>
                <w:trHeight w:hRule="exact" w:val="835"/>
                <w:jc w:val="center"/>
              </w:trPr>
              <w:tc>
                <w:tcPr>
                  <w:tcW w:w="5356" w:type="dxa"/>
                  <w:gridSpan w:val="2"/>
                  <w:tcBorders>
                    <w:top w:val="single" w:sz="4" w:space="0" w:color="D5D5D5"/>
                    <w:left w:val="single" w:sz="8" w:space="0" w:color="8B8F93"/>
                    <w:bottom w:val="single" w:sz="8" w:space="0" w:color="8B8F93"/>
                    <w:right w:val="single" w:sz="8" w:space="0" w:color="8B8F93"/>
                  </w:tcBorders>
                  <w:shd w:val="clear" w:color="auto" w:fill="F6F5F2"/>
                  <w:tcMar>
                    <w:top w:w="30" w:type="dxa"/>
                    <w:left w:w="75" w:type="dxa"/>
                    <w:bottom w:w="28" w:type="dxa"/>
                    <w:right w:w="65" w:type="dxa"/>
                  </w:tcMar>
                  <w:vAlign w:val="center"/>
                </w:tcPr>
                <w:p w14:paraId="22540421" w14:textId="77777777" w:rsidR="009E36AA" w:rsidRDefault="00000000">
                  <w:pPr>
                    <w:spacing w:line="211" w:lineRule="auto"/>
                    <w:rPr>
                      <w:rFonts w:hint="eastAsia"/>
                    </w:rPr>
                  </w:pPr>
                  <w:r>
                    <w:rPr>
                      <w:rFonts w:eastAsia="Lato"/>
                      <w:b/>
                      <w:color w:val="4B5056"/>
                      <w:sz w:val="13"/>
                    </w:rPr>
                    <w:t xml:space="preserve">DETAILS: </w:t>
                  </w:r>
                  <w:r>
                    <w:rPr>
                      <w:rFonts w:eastAsia="Lato"/>
                      <w:color w:val="666A70"/>
                      <w:sz w:val="13"/>
                    </w:rPr>
                    <w:t>Keep the black surfaces facing inward and align the tabs and edges before taping.</w:t>
                  </w:r>
                </w:p>
              </w:tc>
            </w:tr>
          </w:tbl>
          <w:p w14:paraId="05EDDC09" w14:textId="77777777" w:rsidR="009E36AA" w:rsidRDefault="009E36AA">
            <w:pPr>
              <w:spacing w:line="20" w:lineRule="exact"/>
              <w:rPr>
                <w:rFonts w:hint="eastAsia"/>
              </w:rPr>
            </w:pPr>
          </w:p>
        </w:tc>
        <w:tc>
          <w:tcPr>
            <w:tcW w:w="5573" w:type="dxa"/>
            <w:tcMar>
              <w:top w:w="42" w:type="dxa"/>
              <w:left w:w="42" w:type="dxa"/>
              <w:bottom w:w="42" w:type="dxa"/>
              <w:right w:w="42" w:type="dxa"/>
            </w:tcMar>
          </w:tcPr>
          <w:tbl>
            <w:tblPr>
              <w:tblW w:w="5356" w:type="dxa"/>
              <w:jc w:val="center"/>
              <w:tblLayout w:type="fixed"/>
              <w:tblLook w:val="04A0" w:firstRow="1" w:lastRow="0" w:firstColumn="1" w:lastColumn="0" w:noHBand="0" w:noVBand="1"/>
            </w:tblPr>
            <w:tblGrid>
              <w:gridCol w:w="662"/>
              <w:gridCol w:w="4694"/>
            </w:tblGrid>
            <w:tr w:rsidR="009E36AA" w14:paraId="11C6227C" w14:textId="77777777">
              <w:trPr>
                <w:cantSplit/>
                <w:trHeight w:hRule="exact" w:val="547"/>
                <w:jc w:val="center"/>
              </w:trPr>
              <w:tc>
                <w:tcPr>
                  <w:tcW w:w="662" w:type="dxa"/>
                  <w:tcBorders>
                    <w:top w:val="single" w:sz="8" w:space="0" w:color="4B5056"/>
                    <w:left w:val="single" w:sz="8" w:space="0" w:color="4B5056"/>
                    <w:bottom w:val="single" w:sz="8" w:space="0" w:color="4B5056"/>
                    <w:right w:val="single" w:sz="8" w:space="0" w:color="9B6B3F"/>
                  </w:tcBorders>
                  <w:shd w:val="clear" w:color="auto" w:fill="9B6B3F"/>
                  <w:tcMar>
                    <w:top w:w="0" w:type="dxa"/>
                    <w:left w:w="0" w:type="dxa"/>
                    <w:bottom w:w="0" w:type="dxa"/>
                    <w:right w:w="0" w:type="dxa"/>
                  </w:tcMar>
                  <w:vAlign w:val="center"/>
                </w:tcPr>
                <w:p w14:paraId="111EFC6C" w14:textId="77777777" w:rsidR="009E36AA" w:rsidRDefault="00000000">
                  <w:pPr>
                    <w:spacing w:line="216" w:lineRule="auto"/>
                    <w:jc w:val="center"/>
                    <w:rPr>
                      <w:rFonts w:hint="eastAsia"/>
                    </w:rPr>
                  </w:pPr>
                  <w:r>
                    <w:rPr>
                      <w:rFonts w:eastAsia="Lato"/>
                      <w:b/>
                      <w:color w:val="FFFFFF"/>
                      <w:sz w:val="24"/>
                    </w:rPr>
                    <w:t>4</w:t>
                  </w:r>
                </w:p>
              </w:tc>
              <w:tc>
                <w:tcPr>
                  <w:tcW w:w="4694" w:type="dxa"/>
                  <w:tcBorders>
                    <w:top w:val="single" w:sz="8" w:space="0" w:color="4B5056"/>
                    <w:left w:val="single" w:sz="8" w:space="0" w:color="4B5056"/>
                    <w:bottom w:val="single" w:sz="8" w:space="0" w:color="4B5056"/>
                    <w:right w:val="single" w:sz="8" w:space="0" w:color="4B5056"/>
                  </w:tcBorders>
                  <w:shd w:val="clear" w:color="auto" w:fill="4B5056"/>
                  <w:tcMar>
                    <w:top w:w="0" w:type="dxa"/>
                    <w:left w:w="80" w:type="dxa"/>
                    <w:bottom w:w="0" w:type="dxa"/>
                    <w:right w:w="70" w:type="dxa"/>
                  </w:tcMar>
                  <w:vAlign w:val="center"/>
                </w:tcPr>
                <w:p w14:paraId="6CC662B8" w14:textId="77777777" w:rsidR="009E36AA" w:rsidRDefault="00000000">
                  <w:pPr>
                    <w:spacing w:line="216" w:lineRule="auto"/>
                    <w:rPr>
                      <w:rFonts w:hint="eastAsia"/>
                    </w:rPr>
                  </w:pPr>
                  <w:r>
                    <w:rPr>
                      <w:rFonts w:eastAsia="Lato"/>
                      <w:b/>
                      <w:color w:val="D7D8DA"/>
                      <w:sz w:val="15"/>
                    </w:rPr>
                    <w:t xml:space="preserve">STEP TITLE: </w:t>
                  </w:r>
                  <w:r>
                    <w:rPr>
                      <w:rFonts w:eastAsia="Lato"/>
                      <w:i/>
                      <w:color w:val="FFFFFF"/>
                      <w:sz w:val="15"/>
                    </w:rPr>
                    <w:t>ADD ENDS + SCREEN</w:t>
                  </w:r>
                </w:p>
              </w:tc>
            </w:tr>
            <w:tr w:rsidR="009E36AA" w14:paraId="3EA6242D" w14:textId="77777777">
              <w:trPr>
                <w:cantSplit/>
                <w:trHeight w:hRule="exact" w:val="3715"/>
                <w:jc w:val="center"/>
              </w:trPr>
              <w:tc>
                <w:tcPr>
                  <w:tcW w:w="5356" w:type="dxa"/>
                  <w:gridSpan w:val="2"/>
                  <w:tcBorders>
                    <w:top w:val="single" w:sz="8" w:space="0" w:color="8B8F93"/>
                    <w:left w:val="single" w:sz="8" w:space="0" w:color="8B8F93"/>
                    <w:bottom w:val="single" w:sz="8" w:space="0" w:color="8B8F93"/>
                    <w:right w:val="single" w:sz="8" w:space="0" w:color="8B8F93"/>
                  </w:tcBorders>
                  <w:shd w:val="clear" w:color="auto" w:fill="ECEBE7"/>
                  <w:tcMar>
                    <w:top w:w="25" w:type="dxa"/>
                    <w:left w:w="40" w:type="dxa"/>
                    <w:bottom w:w="20" w:type="dxa"/>
                    <w:right w:w="40" w:type="dxa"/>
                  </w:tcMar>
                  <w:vAlign w:val="center"/>
                </w:tcPr>
                <w:p w14:paraId="7925A96A" w14:textId="77777777" w:rsidR="009E36AA" w:rsidRDefault="00000000">
                  <w:pPr>
                    <w:spacing w:line="240" w:lineRule="auto"/>
                    <w:jc w:val="center"/>
                    <w:rPr>
                      <w:rFonts w:hint="eastAsia"/>
                    </w:rPr>
                  </w:pPr>
                  <w:r>
                    <w:rPr>
                      <w:noProof/>
                    </w:rPr>
                    <w:drawing>
                      <wp:inline distT="0" distB="0" distL="0" distR="0" wp14:anchorId="5FC4F6E5" wp14:editId="22409133">
                        <wp:extent cx="3191256" cy="1994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_04.jpg"/>
                                <pic:cNvPicPr/>
                              </pic:nvPicPr>
                              <pic:blipFill>
                                <a:blip r:embed="rId11"/>
                                <a:stretch>
                                  <a:fillRect/>
                                </a:stretch>
                              </pic:blipFill>
                              <pic:spPr>
                                <a:xfrm>
                                  <a:off x="0" y="0"/>
                                  <a:ext cx="3191256" cy="1994535"/>
                                </a:xfrm>
                                <a:prstGeom prst="rect">
                                  <a:avLst/>
                                </a:prstGeom>
                              </pic:spPr>
                            </pic:pic>
                          </a:graphicData>
                        </a:graphic>
                      </wp:inline>
                    </w:drawing>
                  </w:r>
                </w:p>
                <w:p w14:paraId="34E13474" w14:textId="77777777" w:rsidR="009E36AA" w:rsidRDefault="009E36AA">
                  <w:pPr>
                    <w:rPr>
                      <w:rFonts w:hint="eastAsia"/>
                    </w:rPr>
                  </w:pPr>
                </w:p>
              </w:tc>
            </w:tr>
            <w:tr w:rsidR="009E36AA" w14:paraId="0E8C21D4" w14:textId="77777777">
              <w:trPr>
                <w:cantSplit/>
                <w:trHeight w:hRule="exact" w:val="1152"/>
                <w:jc w:val="center"/>
              </w:trPr>
              <w:tc>
                <w:tcPr>
                  <w:tcW w:w="5356" w:type="dxa"/>
                  <w:gridSpan w:val="2"/>
                  <w:tcBorders>
                    <w:top w:val="single" w:sz="6" w:space="0" w:color="B9BBBD"/>
                    <w:left w:val="single" w:sz="8" w:space="0" w:color="8B8F93"/>
                    <w:bottom w:val="single" w:sz="4" w:space="0" w:color="D5D5D5"/>
                    <w:right w:val="single" w:sz="8" w:space="0" w:color="8B8F93"/>
                  </w:tcBorders>
                  <w:shd w:val="clear" w:color="auto" w:fill="FFFFFF"/>
                  <w:tcMar>
                    <w:top w:w="45" w:type="dxa"/>
                    <w:left w:w="75" w:type="dxa"/>
                    <w:bottom w:w="32" w:type="dxa"/>
                    <w:right w:w="65" w:type="dxa"/>
                  </w:tcMar>
                  <w:vAlign w:val="center"/>
                </w:tcPr>
                <w:p w14:paraId="06C6AA9E" w14:textId="77777777" w:rsidR="009E36AA" w:rsidRDefault="00000000">
                  <w:pPr>
                    <w:spacing w:line="216" w:lineRule="auto"/>
                    <w:rPr>
                      <w:rFonts w:hint="eastAsia"/>
                    </w:rPr>
                  </w:pPr>
                  <w:r>
                    <w:rPr>
                      <w:rFonts w:eastAsia="Lato"/>
                      <w:b/>
                      <w:color w:val="9B6B3F"/>
                      <w:sz w:val="14"/>
                    </w:rPr>
                    <w:t xml:space="preserve">WHAT TO DO: </w:t>
                  </w:r>
                  <w:r>
                    <w:rPr>
                      <w:rFonts w:eastAsia="Lato"/>
                      <w:color w:val="25282C"/>
                      <w:sz w:val="14"/>
                    </w:rPr>
                    <w:t>Tape the end with the large square opening to the larger section. Tape the end with the small square opening to the smaller section, then secure the screen frame inside with its black side facing the smaller section.</w:t>
                  </w:r>
                </w:p>
              </w:tc>
            </w:tr>
            <w:tr w:rsidR="009E36AA" w14:paraId="14E18448" w14:textId="77777777">
              <w:trPr>
                <w:cantSplit/>
                <w:trHeight w:hRule="exact" w:val="835"/>
                <w:jc w:val="center"/>
              </w:trPr>
              <w:tc>
                <w:tcPr>
                  <w:tcW w:w="5356" w:type="dxa"/>
                  <w:gridSpan w:val="2"/>
                  <w:tcBorders>
                    <w:top w:val="single" w:sz="4" w:space="0" w:color="D5D5D5"/>
                    <w:left w:val="single" w:sz="8" w:space="0" w:color="8B8F93"/>
                    <w:bottom w:val="single" w:sz="8" w:space="0" w:color="8B8F93"/>
                    <w:right w:val="single" w:sz="8" w:space="0" w:color="8B8F93"/>
                  </w:tcBorders>
                  <w:shd w:val="clear" w:color="auto" w:fill="F6F5F2"/>
                  <w:tcMar>
                    <w:top w:w="30" w:type="dxa"/>
                    <w:left w:w="75" w:type="dxa"/>
                    <w:bottom w:w="28" w:type="dxa"/>
                    <w:right w:w="65" w:type="dxa"/>
                  </w:tcMar>
                  <w:vAlign w:val="center"/>
                </w:tcPr>
                <w:p w14:paraId="30FA7EDC" w14:textId="77777777" w:rsidR="009E36AA" w:rsidRDefault="00000000">
                  <w:pPr>
                    <w:spacing w:line="211" w:lineRule="auto"/>
                    <w:rPr>
                      <w:rFonts w:hint="eastAsia"/>
                    </w:rPr>
                  </w:pPr>
                  <w:r>
                    <w:rPr>
                      <w:rFonts w:eastAsia="Lato"/>
                      <w:b/>
                      <w:color w:val="4B5056"/>
                      <w:sz w:val="13"/>
                    </w:rPr>
                    <w:t xml:space="preserve">DETAILS: </w:t>
                  </w:r>
                  <w:r>
                    <w:rPr>
                      <w:rFonts w:eastAsia="Lato"/>
                      <w:color w:val="666A70"/>
                      <w:sz w:val="13"/>
                    </w:rPr>
                    <w:t>Use clear tape. The small square opening is where the pinhole will be placed.</w:t>
                  </w:r>
                </w:p>
              </w:tc>
            </w:tr>
          </w:tbl>
          <w:p w14:paraId="2A9C8723" w14:textId="77777777" w:rsidR="009E36AA" w:rsidRDefault="009E36AA">
            <w:pPr>
              <w:spacing w:line="20" w:lineRule="exact"/>
              <w:rPr>
                <w:rFonts w:hint="eastAsia"/>
              </w:rPr>
            </w:pPr>
          </w:p>
        </w:tc>
      </w:tr>
    </w:tbl>
    <w:p w14:paraId="5D5D15B0" w14:textId="77777777" w:rsidR="009E36AA" w:rsidRDefault="00000000">
      <w:pPr>
        <w:rPr>
          <w:rFonts w:hint="eastAsia"/>
        </w:rPr>
      </w:pPr>
      <w:r>
        <w:br w:type="page"/>
      </w:r>
    </w:p>
    <w:tbl>
      <w:tblPr>
        <w:tblW w:w="11116" w:type="dxa"/>
        <w:jc w:val="center"/>
        <w:tblLayout w:type="fixed"/>
        <w:tblLook w:val="04A0" w:firstRow="1" w:lastRow="0" w:firstColumn="1" w:lastColumn="0" w:noHBand="0" w:noVBand="1"/>
      </w:tblPr>
      <w:tblGrid>
        <w:gridCol w:w="11116"/>
      </w:tblGrid>
      <w:tr w:rsidR="009E36AA" w14:paraId="3C652221" w14:textId="77777777">
        <w:trPr>
          <w:jc w:val="center"/>
        </w:trPr>
        <w:tc>
          <w:tcPr>
            <w:tcW w:w="11146" w:type="dxa"/>
            <w:tcBorders>
              <w:top w:val="single" w:sz="18" w:space="0" w:color="30343A"/>
              <w:left w:val="single" w:sz="18" w:space="0" w:color="30343A"/>
              <w:bottom w:val="single" w:sz="18" w:space="0" w:color="9B6B3F"/>
              <w:right w:val="single" w:sz="18" w:space="0" w:color="30343A"/>
            </w:tcBorders>
            <w:shd w:val="clear" w:color="auto" w:fill="30353B"/>
            <w:tcMar>
              <w:top w:w="70" w:type="dxa"/>
              <w:left w:w="120" w:type="dxa"/>
              <w:bottom w:w="55" w:type="dxa"/>
              <w:right w:w="120" w:type="dxa"/>
            </w:tcMar>
          </w:tcPr>
          <w:p w14:paraId="5715EDF5" w14:textId="77777777" w:rsidR="009E36AA" w:rsidRDefault="00000000">
            <w:pPr>
              <w:spacing w:line="216" w:lineRule="auto"/>
              <w:jc w:val="center"/>
              <w:rPr>
                <w:rFonts w:hint="eastAsia"/>
              </w:rPr>
            </w:pPr>
            <w:r>
              <w:rPr>
                <w:rFonts w:ascii="EB Garamond" w:eastAsia="EB Garamond" w:hAnsi="EB Garamond"/>
                <w:b/>
                <w:color w:val="FFFFFF"/>
                <w:sz w:val="44"/>
              </w:rPr>
              <w:lastRenderedPageBreak/>
              <w:t>SMALL PINHOLE CAMERA</w:t>
            </w:r>
          </w:p>
          <w:p w14:paraId="7F56B4DB" w14:textId="77777777" w:rsidR="009E36AA" w:rsidRDefault="00000000">
            <w:pPr>
              <w:spacing w:line="216" w:lineRule="auto"/>
              <w:jc w:val="center"/>
              <w:rPr>
                <w:rFonts w:hint="eastAsia"/>
              </w:rPr>
            </w:pPr>
            <w:r>
              <w:rPr>
                <w:rFonts w:eastAsia="Lato"/>
                <w:b/>
                <w:color w:val="D8D9DA"/>
                <w:sz w:val="15"/>
              </w:rPr>
              <w:t>EIGHT-STEP BUILD INSTRUCTIONS</w:t>
            </w:r>
          </w:p>
        </w:tc>
      </w:tr>
    </w:tbl>
    <w:p w14:paraId="0EDB2D79" w14:textId="77777777" w:rsidR="009E36AA" w:rsidRDefault="009E36AA">
      <w:pPr>
        <w:spacing w:after="20" w:line="72" w:lineRule="auto"/>
        <w:rPr>
          <w:rFonts w:hint="eastAsia"/>
        </w:rPr>
      </w:pPr>
    </w:p>
    <w:tbl>
      <w:tblPr>
        <w:tblW w:w="11116" w:type="dxa"/>
        <w:jc w:val="center"/>
        <w:tblLayout w:type="fixed"/>
        <w:tblLook w:val="04A0" w:firstRow="1" w:lastRow="0" w:firstColumn="1" w:lastColumn="0" w:noHBand="0" w:noVBand="1"/>
      </w:tblPr>
      <w:tblGrid>
        <w:gridCol w:w="4823"/>
        <w:gridCol w:w="3672"/>
        <w:gridCol w:w="2621"/>
      </w:tblGrid>
      <w:tr w:rsidR="009E36AA" w14:paraId="160C4C6B" w14:textId="77777777">
        <w:trPr>
          <w:jc w:val="center"/>
        </w:trPr>
        <w:tc>
          <w:tcPr>
            <w:tcW w:w="4824" w:type="dxa"/>
            <w:tcBorders>
              <w:top w:val="single" w:sz="6" w:space="0" w:color="8B8F93"/>
              <w:left w:val="single" w:sz="6" w:space="0" w:color="8B8F93"/>
              <w:bottom w:val="single" w:sz="6" w:space="0" w:color="8B8F93"/>
              <w:right w:val="single" w:sz="6" w:space="0" w:color="8B8F93"/>
            </w:tcBorders>
            <w:shd w:val="clear" w:color="auto" w:fill="F6F5F2"/>
            <w:tcMar>
              <w:top w:w="40" w:type="dxa"/>
              <w:left w:w="80" w:type="dxa"/>
              <w:bottom w:w="35" w:type="dxa"/>
              <w:right w:w="80" w:type="dxa"/>
            </w:tcMar>
          </w:tcPr>
          <w:p w14:paraId="096C3A80" w14:textId="77777777" w:rsidR="009E36AA" w:rsidRDefault="00000000">
            <w:pPr>
              <w:spacing w:line="216" w:lineRule="auto"/>
              <w:rPr>
                <w:rFonts w:hint="eastAsia"/>
              </w:rPr>
            </w:pPr>
            <w:r>
              <w:rPr>
                <w:rFonts w:eastAsia="Lato"/>
                <w:b/>
                <w:color w:val="4B5056"/>
                <w:sz w:val="13"/>
              </w:rPr>
              <w:t xml:space="preserve">PROJECT / VERSION:  </w:t>
            </w:r>
            <w:r>
              <w:rPr>
                <w:rFonts w:eastAsia="Lato"/>
                <w:color w:val="666A70"/>
                <w:sz w:val="13"/>
              </w:rPr>
              <w:t>SMALL PINHOLE CAMERA / v1.0</w:t>
            </w:r>
          </w:p>
        </w:tc>
        <w:tc>
          <w:tcPr>
            <w:tcW w:w="3672" w:type="dxa"/>
            <w:tcBorders>
              <w:top w:val="single" w:sz="6" w:space="0" w:color="8B8F93"/>
              <w:left w:val="single" w:sz="6" w:space="0" w:color="8B8F93"/>
              <w:bottom w:val="single" w:sz="6" w:space="0" w:color="8B8F93"/>
              <w:right w:val="single" w:sz="6" w:space="0" w:color="8B8F93"/>
            </w:tcBorders>
            <w:shd w:val="clear" w:color="auto" w:fill="F6F5F2"/>
            <w:tcMar>
              <w:top w:w="40" w:type="dxa"/>
              <w:left w:w="80" w:type="dxa"/>
              <w:bottom w:w="35" w:type="dxa"/>
              <w:right w:w="80" w:type="dxa"/>
            </w:tcMar>
          </w:tcPr>
          <w:p w14:paraId="180CF52D" w14:textId="77777777" w:rsidR="009E36AA" w:rsidRDefault="00000000">
            <w:pPr>
              <w:spacing w:line="216" w:lineRule="auto"/>
              <w:rPr>
                <w:rFonts w:hint="eastAsia"/>
              </w:rPr>
            </w:pPr>
            <w:r>
              <w:rPr>
                <w:rFonts w:eastAsia="Lato"/>
                <w:b/>
                <w:color w:val="4B5056"/>
                <w:sz w:val="13"/>
              </w:rPr>
              <w:t xml:space="preserve">BUILDER:  </w:t>
            </w:r>
            <w:r>
              <w:rPr>
                <w:rFonts w:eastAsia="Lato"/>
                <w:color w:val="666A70"/>
                <w:sz w:val="13"/>
              </w:rPr>
              <w:t>____________________</w:t>
            </w:r>
          </w:p>
        </w:tc>
        <w:tc>
          <w:tcPr>
            <w:tcW w:w="2621" w:type="dxa"/>
            <w:tcBorders>
              <w:top w:val="single" w:sz="6" w:space="0" w:color="8B8F93"/>
              <w:left w:val="single" w:sz="6" w:space="0" w:color="8B8F93"/>
              <w:bottom w:val="single" w:sz="6" w:space="0" w:color="8B8F93"/>
              <w:right w:val="single" w:sz="6" w:space="0" w:color="8B8F93"/>
            </w:tcBorders>
            <w:shd w:val="clear" w:color="auto" w:fill="F6F5F2"/>
            <w:tcMar>
              <w:top w:w="40" w:type="dxa"/>
              <w:left w:w="80" w:type="dxa"/>
              <w:bottom w:w="35" w:type="dxa"/>
              <w:right w:w="80" w:type="dxa"/>
            </w:tcMar>
          </w:tcPr>
          <w:p w14:paraId="44268D6C" w14:textId="77777777" w:rsidR="009E36AA" w:rsidRDefault="00000000">
            <w:pPr>
              <w:spacing w:line="216" w:lineRule="auto"/>
              <w:rPr>
                <w:rFonts w:hint="eastAsia"/>
              </w:rPr>
            </w:pPr>
            <w:r>
              <w:rPr>
                <w:rFonts w:eastAsia="Lato"/>
                <w:b/>
                <w:color w:val="4B5056"/>
                <w:sz w:val="13"/>
              </w:rPr>
              <w:t xml:space="preserve">DATE:  </w:t>
            </w:r>
            <w:r>
              <w:rPr>
                <w:rFonts w:eastAsia="Lato"/>
                <w:color w:val="666A70"/>
                <w:sz w:val="13"/>
              </w:rPr>
              <w:t>______________</w:t>
            </w:r>
          </w:p>
        </w:tc>
      </w:tr>
    </w:tbl>
    <w:p w14:paraId="70DC52B9" w14:textId="77777777" w:rsidR="009E36AA" w:rsidRDefault="009E36AA">
      <w:pPr>
        <w:spacing w:after="20" w:line="48" w:lineRule="auto"/>
        <w:rPr>
          <w:rFonts w:hint="eastAsia"/>
        </w:rPr>
      </w:pPr>
    </w:p>
    <w:tbl>
      <w:tblPr>
        <w:tblW w:w="11116" w:type="dxa"/>
        <w:jc w:val="center"/>
        <w:tblBorders>
          <w:top w:val="nil"/>
          <w:left w:val="nil"/>
          <w:bottom w:val="nil"/>
          <w:right w:val="nil"/>
          <w:insideH w:val="nil"/>
          <w:insideV w:val="nil"/>
        </w:tblBorders>
        <w:tblLayout w:type="fixed"/>
        <w:tblLook w:val="04A0" w:firstRow="1" w:lastRow="0" w:firstColumn="1" w:lastColumn="0" w:noHBand="0" w:noVBand="1"/>
      </w:tblPr>
      <w:tblGrid>
        <w:gridCol w:w="5558"/>
        <w:gridCol w:w="5558"/>
      </w:tblGrid>
      <w:tr w:rsidR="009E36AA" w14:paraId="5919B454" w14:textId="77777777">
        <w:trPr>
          <w:cantSplit/>
          <w:trHeight w:hRule="exact" w:val="6264"/>
          <w:jc w:val="center"/>
        </w:trPr>
        <w:tc>
          <w:tcPr>
            <w:tcW w:w="5573" w:type="dxa"/>
            <w:tcMar>
              <w:top w:w="42" w:type="dxa"/>
              <w:left w:w="42" w:type="dxa"/>
              <w:bottom w:w="42" w:type="dxa"/>
              <w:right w:w="42" w:type="dxa"/>
            </w:tcMar>
          </w:tcPr>
          <w:tbl>
            <w:tblPr>
              <w:tblW w:w="5356" w:type="dxa"/>
              <w:jc w:val="center"/>
              <w:tblLayout w:type="fixed"/>
              <w:tblLook w:val="04A0" w:firstRow="1" w:lastRow="0" w:firstColumn="1" w:lastColumn="0" w:noHBand="0" w:noVBand="1"/>
            </w:tblPr>
            <w:tblGrid>
              <w:gridCol w:w="662"/>
              <w:gridCol w:w="4694"/>
            </w:tblGrid>
            <w:tr w:rsidR="009E36AA" w14:paraId="3582DE01" w14:textId="77777777">
              <w:trPr>
                <w:cantSplit/>
                <w:trHeight w:hRule="exact" w:val="547"/>
                <w:jc w:val="center"/>
              </w:trPr>
              <w:tc>
                <w:tcPr>
                  <w:tcW w:w="662" w:type="dxa"/>
                  <w:tcBorders>
                    <w:top w:val="single" w:sz="8" w:space="0" w:color="4B5056"/>
                    <w:left w:val="single" w:sz="8" w:space="0" w:color="4B5056"/>
                    <w:bottom w:val="single" w:sz="8" w:space="0" w:color="4B5056"/>
                    <w:right w:val="single" w:sz="8" w:space="0" w:color="9B6B3F"/>
                  </w:tcBorders>
                  <w:shd w:val="clear" w:color="auto" w:fill="9B6B3F"/>
                  <w:tcMar>
                    <w:top w:w="0" w:type="dxa"/>
                    <w:left w:w="0" w:type="dxa"/>
                    <w:bottom w:w="0" w:type="dxa"/>
                    <w:right w:w="0" w:type="dxa"/>
                  </w:tcMar>
                  <w:vAlign w:val="center"/>
                </w:tcPr>
                <w:p w14:paraId="4F5E89B4" w14:textId="77777777" w:rsidR="009E36AA" w:rsidRDefault="00000000">
                  <w:pPr>
                    <w:spacing w:line="216" w:lineRule="auto"/>
                    <w:jc w:val="center"/>
                    <w:rPr>
                      <w:rFonts w:hint="eastAsia"/>
                    </w:rPr>
                  </w:pPr>
                  <w:r>
                    <w:rPr>
                      <w:rFonts w:eastAsia="Lato"/>
                      <w:b/>
                      <w:color w:val="FFFFFF"/>
                      <w:sz w:val="24"/>
                    </w:rPr>
                    <w:t>5</w:t>
                  </w:r>
                </w:p>
              </w:tc>
              <w:tc>
                <w:tcPr>
                  <w:tcW w:w="4694" w:type="dxa"/>
                  <w:tcBorders>
                    <w:top w:val="single" w:sz="8" w:space="0" w:color="4B5056"/>
                    <w:left w:val="single" w:sz="8" w:space="0" w:color="4B5056"/>
                    <w:bottom w:val="single" w:sz="8" w:space="0" w:color="4B5056"/>
                    <w:right w:val="single" w:sz="8" w:space="0" w:color="4B5056"/>
                  </w:tcBorders>
                  <w:shd w:val="clear" w:color="auto" w:fill="4B5056"/>
                  <w:tcMar>
                    <w:top w:w="0" w:type="dxa"/>
                    <w:left w:w="80" w:type="dxa"/>
                    <w:bottom w:w="0" w:type="dxa"/>
                    <w:right w:w="70" w:type="dxa"/>
                  </w:tcMar>
                  <w:vAlign w:val="center"/>
                </w:tcPr>
                <w:p w14:paraId="78D59A06" w14:textId="77777777" w:rsidR="009E36AA" w:rsidRDefault="00000000">
                  <w:pPr>
                    <w:spacing w:line="216" w:lineRule="auto"/>
                    <w:rPr>
                      <w:rFonts w:hint="eastAsia"/>
                    </w:rPr>
                  </w:pPr>
                  <w:r>
                    <w:rPr>
                      <w:rFonts w:eastAsia="Lato"/>
                      <w:b/>
                      <w:color w:val="D7D8DA"/>
                      <w:sz w:val="15"/>
                    </w:rPr>
                    <w:t xml:space="preserve">STEP TITLE: </w:t>
                  </w:r>
                  <w:r>
                    <w:rPr>
                      <w:rFonts w:eastAsia="Lato"/>
                      <w:i/>
                      <w:color w:val="FFFFFF"/>
                      <w:sz w:val="15"/>
                    </w:rPr>
                    <w:t>CLOSE BOX + ADD PINHOLE</w:t>
                  </w:r>
                </w:p>
              </w:tc>
            </w:tr>
            <w:tr w:rsidR="009E36AA" w14:paraId="5F7658A7" w14:textId="77777777">
              <w:trPr>
                <w:cantSplit/>
                <w:trHeight w:hRule="exact" w:val="3715"/>
                <w:jc w:val="center"/>
              </w:trPr>
              <w:tc>
                <w:tcPr>
                  <w:tcW w:w="5356" w:type="dxa"/>
                  <w:gridSpan w:val="2"/>
                  <w:tcBorders>
                    <w:top w:val="single" w:sz="8" w:space="0" w:color="8B8F93"/>
                    <w:left w:val="single" w:sz="8" w:space="0" w:color="8B8F93"/>
                    <w:bottom w:val="single" w:sz="8" w:space="0" w:color="8B8F93"/>
                    <w:right w:val="single" w:sz="8" w:space="0" w:color="8B8F93"/>
                  </w:tcBorders>
                  <w:shd w:val="clear" w:color="auto" w:fill="ECEBE7"/>
                  <w:tcMar>
                    <w:top w:w="25" w:type="dxa"/>
                    <w:left w:w="40" w:type="dxa"/>
                    <w:bottom w:w="20" w:type="dxa"/>
                    <w:right w:w="40" w:type="dxa"/>
                  </w:tcMar>
                  <w:vAlign w:val="center"/>
                </w:tcPr>
                <w:p w14:paraId="788B8FB8" w14:textId="77777777" w:rsidR="009E36AA" w:rsidRDefault="00000000">
                  <w:pPr>
                    <w:spacing w:line="240" w:lineRule="auto"/>
                    <w:jc w:val="center"/>
                    <w:rPr>
                      <w:rFonts w:hint="eastAsia"/>
                    </w:rPr>
                  </w:pPr>
                  <w:r>
                    <w:rPr>
                      <w:noProof/>
                    </w:rPr>
                    <w:drawing>
                      <wp:inline distT="0" distB="0" distL="0" distR="0" wp14:anchorId="220F1B7C" wp14:editId="389E223D">
                        <wp:extent cx="3191256" cy="19945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_05.jpg"/>
                                <pic:cNvPicPr/>
                              </pic:nvPicPr>
                              <pic:blipFill>
                                <a:blip r:embed="rId12"/>
                                <a:stretch>
                                  <a:fillRect/>
                                </a:stretch>
                              </pic:blipFill>
                              <pic:spPr>
                                <a:xfrm>
                                  <a:off x="0" y="0"/>
                                  <a:ext cx="3191256" cy="1994535"/>
                                </a:xfrm>
                                <a:prstGeom prst="rect">
                                  <a:avLst/>
                                </a:prstGeom>
                              </pic:spPr>
                            </pic:pic>
                          </a:graphicData>
                        </a:graphic>
                      </wp:inline>
                    </w:drawing>
                  </w:r>
                </w:p>
                <w:p w14:paraId="1D15915D" w14:textId="77777777" w:rsidR="009E36AA" w:rsidRDefault="009E36AA">
                  <w:pPr>
                    <w:rPr>
                      <w:rFonts w:hint="eastAsia"/>
                    </w:rPr>
                  </w:pPr>
                </w:p>
              </w:tc>
            </w:tr>
            <w:tr w:rsidR="009E36AA" w14:paraId="12C65C3D" w14:textId="77777777">
              <w:trPr>
                <w:cantSplit/>
                <w:trHeight w:hRule="exact" w:val="1152"/>
                <w:jc w:val="center"/>
              </w:trPr>
              <w:tc>
                <w:tcPr>
                  <w:tcW w:w="5356" w:type="dxa"/>
                  <w:gridSpan w:val="2"/>
                  <w:tcBorders>
                    <w:top w:val="single" w:sz="6" w:space="0" w:color="B9BBBD"/>
                    <w:left w:val="single" w:sz="8" w:space="0" w:color="8B8F93"/>
                    <w:bottom w:val="single" w:sz="4" w:space="0" w:color="D5D5D5"/>
                    <w:right w:val="single" w:sz="8" w:space="0" w:color="8B8F93"/>
                  </w:tcBorders>
                  <w:shd w:val="clear" w:color="auto" w:fill="FFFFFF"/>
                  <w:tcMar>
                    <w:top w:w="45" w:type="dxa"/>
                    <w:left w:w="75" w:type="dxa"/>
                    <w:bottom w:w="32" w:type="dxa"/>
                    <w:right w:w="65" w:type="dxa"/>
                  </w:tcMar>
                  <w:vAlign w:val="center"/>
                </w:tcPr>
                <w:p w14:paraId="5A33DD87" w14:textId="77777777" w:rsidR="009E36AA" w:rsidRDefault="00000000">
                  <w:pPr>
                    <w:spacing w:line="216" w:lineRule="auto"/>
                    <w:rPr>
                      <w:rFonts w:hint="eastAsia"/>
                    </w:rPr>
                  </w:pPr>
                  <w:r>
                    <w:rPr>
                      <w:rFonts w:eastAsia="Lato"/>
                      <w:b/>
                      <w:color w:val="9B6B3F"/>
                      <w:sz w:val="14"/>
                    </w:rPr>
                    <w:t xml:space="preserve">WHAT TO DO: </w:t>
                  </w:r>
                  <w:r>
                    <w:rPr>
                      <w:rFonts w:eastAsia="Lato"/>
                      <w:color w:val="25282C"/>
                      <w:sz w:val="14"/>
                    </w:rPr>
                    <w:t>Use clear tape to attach the top panel and close the box. Center the pinhole insert over the small square opening and secure it with black tape.</w:t>
                  </w:r>
                </w:p>
              </w:tc>
            </w:tr>
            <w:tr w:rsidR="009E36AA" w14:paraId="027503BB" w14:textId="77777777">
              <w:trPr>
                <w:cantSplit/>
                <w:trHeight w:hRule="exact" w:val="835"/>
                <w:jc w:val="center"/>
              </w:trPr>
              <w:tc>
                <w:tcPr>
                  <w:tcW w:w="5356" w:type="dxa"/>
                  <w:gridSpan w:val="2"/>
                  <w:tcBorders>
                    <w:top w:val="single" w:sz="4" w:space="0" w:color="D5D5D5"/>
                    <w:left w:val="single" w:sz="8" w:space="0" w:color="8B8F93"/>
                    <w:bottom w:val="single" w:sz="8" w:space="0" w:color="8B8F93"/>
                    <w:right w:val="single" w:sz="8" w:space="0" w:color="8B8F93"/>
                  </w:tcBorders>
                  <w:shd w:val="clear" w:color="auto" w:fill="F6F5F2"/>
                  <w:tcMar>
                    <w:top w:w="30" w:type="dxa"/>
                    <w:left w:w="75" w:type="dxa"/>
                    <w:bottom w:w="28" w:type="dxa"/>
                    <w:right w:w="65" w:type="dxa"/>
                  </w:tcMar>
                  <w:vAlign w:val="center"/>
                </w:tcPr>
                <w:p w14:paraId="5ECD3B9E" w14:textId="77777777" w:rsidR="009E36AA" w:rsidRDefault="00000000">
                  <w:pPr>
                    <w:spacing w:line="211" w:lineRule="auto"/>
                    <w:rPr>
                      <w:rFonts w:hint="eastAsia"/>
                    </w:rPr>
                  </w:pPr>
                  <w:r>
                    <w:rPr>
                      <w:rFonts w:eastAsia="Lato"/>
                      <w:b/>
                      <w:color w:val="4B5056"/>
                      <w:sz w:val="13"/>
                    </w:rPr>
                    <w:t xml:space="preserve">DETAILS: </w:t>
                  </w:r>
                  <w:r>
                    <w:rPr>
                      <w:rFonts w:eastAsia="Lato"/>
                      <w:color w:val="666A70"/>
                      <w:sz w:val="13"/>
                    </w:rPr>
                    <w:t>Do not cover the tiny pinhole in the center.</w:t>
                  </w:r>
                </w:p>
              </w:tc>
            </w:tr>
          </w:tbl>
          <w:p w14:paraId="5E1CBC8D" w14:textId="77777777" w:rsidR="009E36AA" w:rsidRDefault="009E36AA">
            <w:pPr>
              <w:spacing w:line="20" w:lineRule="exact"/>
              <w:rPr>
                <w:rFonts w:hint="eastAsia"/>
              </w:rPr>
            </w:pPr>
          </w:p>
        </w:tc>
        <w:tc>
          <w:tcPr>
            <w:tcW w:w="5573" w:type="dxa"/>
            <w:tcMar>
              <w:top w:w="42" w:type="dxa"/>
              <w:left w:w="42" w:type="dxa"/>
              <w:bottom w:w="42" w:type="dxa"/>
              <w:right w:w="42" w:type="dxa"/>
            </w:tcMar>
          </w:tcPr>
          <w:tbl>
            <w:tblPr>
              <w:tblW w:w="5356" w:type="dxa"/>
              <w:jc w:val="center"/>
              <w:tblLayout w:type="fixed"/>
              <w:tblLook w:val="04A0" w:firstRow="1" w:lastRow="0" w:firstColumn="1" w:lastColumn="0" w:noHBand="0" w:noVBand="1"/>
            </w:tblPr>
            <w:tblGrid>
              <w:gridCol w:w="662"/>
              <w:gridCol w:w="4694"/>
            </w:tblGrid>
            <w:tr w:rsidR="009E36AA" w14:paraId="7B8DC836" w14:textId="77777777">
              <w:trPr>
                <w:cantSplit/>
                <w:trHeight w:hRule="exact" w:val="547"/>
                <w:jc w:val="center"/>
              </w:trPr>
              <w:tc>
                <w:tcPr>
                  <w:tcW w:w="662" w:type="dxa"/>
                  <w:tcBorders>
                    <w:top w:val="single" w:sz="8" w:space="0" w:color="4B5056"/>
                    <w:left w:val="single" w:sz="8" w:space="0" w:color="4B5056"/>
                    <w:bottom w:val="single" w:sz="8" w:space="0" w:color="4B5056"/>
                    <w:right w:val="single" w:sz="8" w:space="0" w:color="9B6B3F"/>
                  </w:tcBorders>
                  <w:shd w:val="clear" w:color="auto" w:fill="9B6B3F"/>
                  <w:tcMar>
                    <w:top w:w="0" w:type="dxa"/>
                    <w:left w:w="0" w:type="dxa"/>
                    <w:bottom w:w="0" w:type="dxa"/>
                    <w:right w:w="0" w:type="dxa"/>
                  </w:tcMar>
                  <w:vAlign w:val="center"/>
                </w:tcPr>
                <w:p w14:paraId="0F7A6018" w14:textId="77777777" w:rsidR="009E36AA" w:rsidRDefault="00000000">
                  <w:pPr>
                    <w:spacing w:line="216" w:lineRule="auto"/>
                    <w:jc w:val="center"/>
                    <w:rPr>
                      <w:rFonts w:hint="eastAsia"/>
                    </w:rPr>
                  </w:pPr>
                  <w:r>
                    <w:rPr>
                      <w:rFonts w:eastAsia="Lato"/>
                      <w:b/>
                      <w:color w:val="FFFFFF"/>
                      <w:sz w:val="24"/>
                    </w:rPr>
                    <w:t>6</w:t>
                  </w:r>
                </w:p>
              </w:tc>
              <w:tc>
                <w:tcPr>
                  <w:tcW w:w="4694" w:type="dxa"/>
                  <w:tcBorders>
                    <w:top w:val="single" w:sz="8" w:space="0" w:color="4B5056"/>
                    <w:left w:val="single" w:sz="8" w:space="0" w:color="4B5056"/>
                    <w:bottom w:val="single" w:sz="8" w:space="0" w:color="4B5056"/>
                    <w:right w:val="single" w:sz="8" w:space="0" w:color="4B5056"/>
                  </w:tcBorders>
                  <w:shd w:val="clear" w:color="auto" w:fill="4B5056"/>
                  <w:tcMar>
                    <w:top w:w="0" w:type="dxa"/>
                    <w:left w:w="80" w:type="dxa"/>
                    <w:bottom w:w="0" w:type="dxa"/>
                    <w:right w:w="70" w:type="dxa"/>
                  </w:tcMar>
                  <w:vAlign w:val="center"/>
                </w:tcPr>
                <w:p w14:paraId="64C52E4A" w14:textId="77777777" w:rsidR="009E36AA" w:rsidRDefault="00000000">
                  <w:pPr>
                    <w:spacing w:line="216" w:lineRule="auto"/>
                    <w:rPr>
                      <w:rFonts w:hint="eastAsia"/>
                    </w:rPr>
                  </w:pPr>
                  <w:r>
                    <w:rPr>
                      <w:rFonts w:eastAsia="Lato"/>
                      <w:b/>
                      <w:color w:val="D7D8DA"/>
                      <w:sz w:val="15"/>
                    </w:rPr>
                    <w:t xml:space="preserve">STEP TITLE: </w:t>
                  </w:r>
                  <w:r>
                    <w:rPr>
                      <w:rFonts w:eastAsia="Lato"/>
                      <w:i/>
                      <w:color w:val="FFFFFF"/>
                      <w:sz w:val="15"/>
                    </w:rPr>
                    <w:t>WRAP THE CENTER SEAM</w:t>
                  </w:r>
                </w:p>
              </w:tc>
            </w:tr>
            <w:tr w:rsidR="009E36AA" w14:paraId="42EFEFB9" w14:textId="77777777">
              <w:trPr>
                <w:cantSplit/>
                <w:trHeight w:hRule="exact" w:val="3715"/>
                <w:jc w:val="center"/>
              </w:trPr>
              <w:tc>
                <w:tcPr>
                  <w:tcW w:w="5356" w:type="dxa"/>
                  <w:gridSpan w:val="2"/>
                  <w:tcBorders>
                    <w:top w:val="single" w:sz="8" w:space="0" w:color="8B8F93"/>
                    <w:left w:val="single" w:sz="8" w:space="0" w:color="8B8F93"/>
                    <w:bottom w:val="single" w:sz="8" w:space="0" w:color="8B8F93"/>
                    <w:right w:val="single" w:sz="8" w:space="0" w:color="8B8F93"/>
                  </w:tcBorders>
                  <w:shd w:val="clear" w:color="auto" w:fill="ECEBE7"/>
                  <w:tcMar>
                    <w:top w:w="25" w:type="dxa"/>
                    <w:left w:w="40" w:type="dxa"/>
                    <w:bottom w:w="20" w:type="dxa"/>
                    <w:right w:w="40" w:type="dxa"/>
                  </w:tcMar>
                  <w:vAlign w:val="center"/>
                </w:tcPr>
                <w:p w14:paraId="0946BF13" w14:textId="77777777" w:rsidR="009E36AA" w:rsidRDefault="00000000">
                  <w:pPr>
                    <w:spacing w:line="240" w:lineRule="auto"/>
                    <w:jc w:val="center"/>
                    <w:rPr>
                      <w:rFonts w:hint="eastAsia"/>
                    </w:rPr>
                  </w:pPr>
                  <w:r>
                    <w:rPr>
                      <w:noProof/>
                    </w:rPr>
                    <w:drawing>
                      <wp:inline distT="0" distB="0" distL="0" distR="0" wp14:anchorId="25944EDC" wp14:editId="45A21973">
                        <wp:extent cx="3191256" cy="19945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_06.jpg"/>
                                <pic:cNvPicPr/>
                              </pic:nvPicPr>
                              <pic:blipFill>
                                <a:blip r:embed="rId13"/>
                                <a:stretch>
                                  <a:fillRect/>
                                </a:stretch>
                              </pic:blipFill>
                              <pic:spPr>
                                <a:xfrm>
                                  <a:off x="0" y="0"/>
                                  <a:ext cx="3191256" cy="1994535"/>
                                </a:xfrm>
                                <a:prstGeom prst="rect">
                                  <a:avLst/>
                                </a:prstGeom>
                              </pic:spPr>
                            </pic:pic>
                          </a:graphicData>
                        </a:graphic>
                      </wp:inline>
                    </w:drawing>
                  </w:r>
                </w:p>
                <w:p w14:paraId="7A1CEE53" w14:textId="77777777" w:rsidR="009E36AA" w:rsidRDefault="009E36AA">
                  <w:pPr>
                    <w:rPr>
                      <w:rFonts w:hint="eastAsia"/>
                    </w:rPr>
                  </w:pPr>
                </w:p>
              </w:tc>
            </w:tr>
            <w:tr w:rsidR="009E36AA" w14:paraId="7E884DA7" w14:textId="77777777">
              <w:trPr>
                <w:cantSplit/>
                <w:trHeight w:hRule="exact" w:val="1152"/>
                <w:jc w:val="center"/>
              </w:trPr>
              <w:tc>
                <w:tcPr>
                  <w:tcW w:w="5356" w:type="dxa"/>
                  <w:gridSpan w:val="2"/>
                  <w:tcBorders>
                    <w:top w:val="single" w:sz="6" w:space="0" w:color="B9BBBD"/>
                    <w:left w:val="single" w:sz="8" w:space="0" w:color="8B8F93"/>
                    <w:bottom w:val="single" w:sz="4" w:space="0" w:color="D5D5D5"/>
                    <w:right w:val="single" w:sz="8" w:space="0" w:color="8B8F93"/>
                  </w:tcBorders>
                  <w:shd w:val="clear" w:color="auto" w:fill="FFFFFF"/>
                  <w:tcMar>
                    <w:top w:w="45" w:type="dxa"/>
                    <w:left w:w="75" w:type="dxa"/>
                    <w:bottom w:w="32" w:type="dxa"/>
                    <w:right w:w="65" w:type="dxa"/>
                  </w:tcMar>
                  <w:vAlign w:val="center"/>
                </w:tcPr>
                <w:p w14:paraId="09CC5291" w14:textId="77777777" w:rsidR="009E36AA" w:rsidRDefault="00000000">
                  <w:pPr>
                    <w:spacing w:line="216" w:lineRule="auto"/>
                    <w:rPr>
                      <w:rFonts w:hint="eastAsia"/>
                    </w:rPr>
                  </w:pPr>
                  <w:r>
                    <w:rPr>
                      <w:rFonts w:eastAsia="Lato"/>
                      <w:b/>
                      <w:color w:val="9B6B3F"/>
                      <w:sz w:val="14"/>
                    </w:rPr>
                    <w:t xml:space="preserve">WHAT TO DO: </w:t>
                  </w:r>
                  <w:r>
                    <w:rPr>
                      <w:rFonts w:eastAsia="Lato"/>
                      <w:color w:val="25282C"/>
                      <w:sz w:val="14"/>
                    </w:rPr>
                    <w:t>Wrap black tape all the way around the box at the screen-frame divider. Cover the seam and any gaps around the full camera.</w:t>
                  </w:r>
                </w:p>
              </w:tc>
            </w:tr>
            <w:tr w:rsidR="009E36AA" w14:paraId="09472532" w14:textId="77777777">
              <w:trPr>
                <w:cantSplit/>
                <w:trHeight w:hRule="exact" w:val="835"/>
                <w:jc w:val="center"/>
              </w:trPr>
              <w:tc>
                <w:tcPr>
                  <w:tcW w:w="5356" w:type="dxa"/>
                  <w:gridSpan w:val="2"/>
                  <w:tcBorders>
                    <w:top w:val="single" w:sz="4" w:space="0" w:color="D5D5D5"/>
                    <w:left w:val="single" w:sz="8" w:space="0" w:color="8B8F93"/>
                    <w:bottom w:val="single" w:sz="8" w:space="0" w:color="8B8F93"/>
                    <w:right w:val="single" w:sz="8" w:space="0" w:color="8B8F93"/>
                  </w:tcBorders>
                  <w:shd w:val="clear" w:color="auto" w:fill="F6F5F2"/>
                  <w:tcMar>
                    <w:top w:w="30" w:type="dxa"/>
                    <w:left w:w="75" w:type="dxa"/>
                    <w:bottom w:w="28" w:type="dxa"/>
                    <w:right w:w="65" w:type="dxa"/>
                  </w:tcMar>
                  <w:vAlign w:val="center"/>
                </w:tcPr>
                <w:p w14:paraId="4E17FCB9" w14:textId="77777777" w:rsidR="009E36AA" w:rsidRDefault="00000000">
                  <w:pPr>
                    <w:spacing w:line="211" w:lineRule="auto"/>
                    <w:rPr>
                      <w:rFonts w:hint="eastAsia"/>
                    </w:rPr>
                  </w:pPr>
                  <w:r>
                    <w:rPr>
                      <w:rFonts w:eastAsia="Lato"/>
                      <w:b/>
                      <w:color w:val="4B5056"/>
                      <w:sz w:val="13"/>
                    </w:rPr>
                    <w:t xml:space="preserve">DETAILS: </w:t>
                  </w:r>
                  <w:r>
                    <w:rPr>
                      <w:rFonts w:eastAsia="Lato"/>
                      <w:color w:val="666A70"/>
                      <w:sz w:val="13"/>
                    </w:rPr>
                    <w:t>Overlap the tape slightly and press it firmly against every corner.</w:t>
                  </w:r>
                </w:p>
              </w:tc>
            </w:tr>
          </w:tbl>
          <w:p w14:paraId="096A966E" w14:textId="77777777" w:rsidR="009E36AA" w:rsidRDefault="009E36AA">
            <w:pPr>
              <w:spacing w:line="20" w:lineRule="exact"/>
              <w:rPr>
                <w:rFonts w:hint="eastAsia"/>
              </w:rPr>
            </w:pPr>
          </w:p>
        </w:tc>
      </w:tr>
      <w:tr w:rsidR="009E36AA" w14:paraId="3A99A158" w14:textId="77777777">
        <w:trPr>
          <w:cantSplit/>
          <w:trHeight w:hRule="exact" w:val="6264"/>
          <w:jc w:val="center"/>
        </w:trPr>
        <w:tc>
          <w:tcPr>
            <w:tcW w:w="5573" w:type="dxa"/>
            <w:tcMar>
              <w:top w:w="42" w:type="dxa"/>
              <w:left w:w="42" w:type="dxa"/>
              <w:bottom w:w="42" w:type="dxa"/>
              <w:right w:w="42" w:type="dxa"/>
            </w:tcMar>
          </w:tcPr>
          <w:tbl>
            <w:tblPr>
              <w:tblW w:w="5356" w:type="dxa"/>
              <w:jc w:val="center"/>
              <w:tblLayout w:type="fixed"/>
              <w:tblLook w:val="04A0" w:firstRow="1" w:lastRow="0" w:firstColumn="1" w:lastColumn="0" w:noHBand="0" w:noVBand="1"/>
            </w:tblPr>
            <w:tblGrid>
              <w:gridCol w:w="662"/>
              <w:gridCol w:w="4694"/>
            </w:tblGrid>
            <w:tr w:rsidR="009E36AA" w14:paraId="05E9F172" w14:textId="77777777">
              <w:trPr>
                <w:cantSplit/>
                <w:trHeight w:hRule="exact" w:val="547"/>
                <w:jc w:val="center"/>
              </w:trPr>
              <w:tc>
                <w:tcPr>
                  <w:tcW w:w="662" w:type="dxa"/>
                  <w:tcBorders>
                    <w:top w:val="single" w:sz="8" w:space="0" w:color="4B5056"/>
                    <w:left w:val="single" w:sz="8" w:space="0" w:color="4B5056"/>
                    <w:bottom w:val="single" w:sz="8" w:space="0" w:color="4B5056"/>
                    <w:right w:val="single" w:sz="8" w:space="0" w:color="9B6B3F"/>
                  </w:tcBorders>
                  <w:shd w:val="clear" w:color="auto" w:fill="9B6B3F"/>
                  <w:tcMar>
                    <w:top w:w="0" w:type="dxa"/>
                    <w:left w:w="0" w:type="dxa"/>
                    <w:bottom w:w="0" w:type="dxa"/>
                    <w:right w:w="0" w:type="dxa"/>
                  </w:tcMar>
                  <w:vAlign w:val="center"/>
                </w:tcPr>
                <w:p w14:paraId="4A27E776" w14:textId="77777777" w:rsidR="009E36AA" w:rsidRDefault="00000000">
                  <w:pPr>
                    <w:spacing w:line="216" w:lineRule="auto"/>
                    <w:jc w:val="center"/>
                    <w:rPr>
                      <w:rFonts w:hint="eastAsia"/>
                    </w:rPr>
                  </w:pPr>
                  <w:r>
                    <w:rPr>
                      <w:rFonts w:eastAsia="Lato"/>
                      <w:b/>
                      <w:color w:val="FFFFFF"/>
                      <w:sz w:val="24"/>
                    </w:rPr>
                    <w:t>7</w:t>
                  </w:r>
                </w:p>
              </w:tc>
              <w:tc>
                <w:tcPr>
                  <w:tcW w:w="4694" w:type="dxa"/>
                  <w:tcBorders>
                    <w:top w:val="single" w:sz="8" w:space="0" w:color="4B5056"/>
                    <w:left w:val="single" w:sz="8" w:space="0" w:color="4B5056"/>
                    <w:bottom w:val="single" w:sz="8" w:space="0" w:color="4B5056"/>
                    <w:right w:val="single" w:sz="8" w:space="0" w:color="4B5056"/>
                  </w:tcBorders>
                  <w:shd w:val="clear" w:color="auto" w:fill="4B5056"/>
                  <w:tcMar>
                    <w:top w:w="0" w:type="dxa"/>
                    <w:left w:w="80" w:type="dxa"/>
                    <w:bottom w:w="0" w:type="dxa"/>
                    <w:right w:w="70" w:type="dxa"/>
                  </w:tcMar>
                  <w:vAlign w:val="center"/>
                </w:tcPr>
                <w:p w14:paraId="77E777C0" w14:textId="77777777" w:rsidR="009E36AA" w:rsidRDefault="00000000">
                  <w:pPr>
                    <w:spacing w:line="216" w:lineRule="auto"/>
                    <w:rPr>
                      <w:rFonts w:hint="eastAsia"/>
                    </w:rPr>
                  </w:pPr>
                  <w:r>
                    <w:rPr>
                      <w:rFonts w:eastAsia="Lato"/>
                      <w:b/>
                      <w:color w:val="D7D8DA"/>
                      <w:sz w:val="15"/>
                    </w:rPr>
                    <w:t xml:space="preserve">STEP TITLE: </w:t>
                  </w:r>
                  <w:r>
                    <w:rPr>
                      <w:rFonts w:eastAsia="Lato"/>
                      <w:i/>
                      <w:color w:val="FFFFFF"/>
                      <w:sz w:val="15"/>
                    </w:rPr>
                    <w:t>TAPE THE LONG EDGES</w:t>
                  </w:r>
                </w:p>
              </w:tc>
            </w:tr>
            <w:tr w:rsidR="009E36AA" w14:paraId="52E5068B" w14:textId="77777777">
              <w:trPr>
                <w:cantSplit/>
                <w:trHeight w:hRule="exact" w:val="3715"/>
                <w:jc w:val="center"/>
              </w:trPr>
              <w:tc>
                <w:tcPr>
                  <w:tcW w:w="5356" w:type="dxa"/>
                  <w:gridSpan w:val="2"/>
                  <w:tcBorders>
                    <w:top w:val="single" w:sz="8" w:space="0" w:color="8B8F93"/>
                    <w:left w:val="single" w:sz="8" w:space="0" w:color="8B8F93"/>
                    <w:bottom w:val="single" w:sz="8" w:space="0" w:color="8B8F93"/>
                    <w:right w:val="single" w:sz="8" w:space="0" w:color="8B8F93"/>
                  </w:tcBorders>
                  <w:shd w:val="clear" w:color="auto" w:fill="ECEBE7"/>
                  <w:tcMar>
                    <w:top w:w="25" w:type="dxa"/>
                    <w:left w:w="40" w:type="dxa"/>
                    <w:bottom w:w="20" w:type="dxa"/>
                    <w:right w:w="40" w:type="dxa"/>
                  </w:tcMar>
                  <w:vAlign w:val="center"/>
                </w:tcPr>
                <w:p w14:paraId="7AE05D14" w14:textId="77777777" w:rsidR="009E36AA" w:rsidRDefault="00000000">
                  <w:pPr>
                    <w:spacing w:line="240" w:lineRule="auto"/>
                    <w:jc w:val="center"/>
                    <w:rPr>
                      <w:rFonts w:hint="eastAsia"/>
                    </w:rPr>
                  </w:pPr>
                  <w:r>
                    <w:rPr>
                      <w:noProof/>
                    </w:rPr>
                    <w:drawing>
                      <wp:inline distT="0" distB="0" distL="0" distR="0" wp14:anchorId="76B72E36" wp14:editId="6C74BADC">
                        <wp:extent cx="3191256" cy="19945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_07.jpg"/>
                                <pic:cNvPicPr/>
                              </pic:nvPicPr>
                              <pic:blipFill>
                                <a:blip r:embed="rId14"/>
                                <a:stretch>
                                  <a:fillRect/>
                                </a:stretch>
                              </pic:blipFill>
                              <pic:spPr>
                                <a:xfrm>
                                  <a:off x="0" y="0"/>
                                  <a:ext cx="3191256" cy="1994535"/>
                                </a:xfrm>
                                <a:prstGeom prst="rect">
                                  <a:avLst/>
                                </a:prstGeom>
                              </pic:spPr>
                            </pic:pic>
                          </a:graphicData>
                        </a:graphic>
                      </wp:inline>
                    </w:drawing>
                  </w:r>
                </w:p>
                <w:p w14:paraId="0C5FD117" w14:textId="77777777" w:rsidR="009E36AA" w:rsidRDefault="009E36AA">
                  <w:pPr>
                    <w:rPr>
                      <w:rFonts w:hint="eastAsia"/>
                    </w:rPr>
                  </w:pPr>
                </w:p>
              </w:tc>
            </w:tr>
            <w:tr w:rsidR="009E36AA" w14:paraId="1B66C10C" w14:textId="77777777">
              <w:trPr>
                <w:cantSplit/>
                <w:trHeight w:hRule="exact" w:val="1152"/>
                <w:jc w:val="center"/>
              </w:trPr>
              <w:tc>
                <w:tcPr>
                  <w:tcW w:w="5356" w:type="dxa"/>
                  <w:gridSpan w:val="2"/>
                  <w:tcBorders>
                    <w:top w:val="single" w:sz="6" w:space="0" w:color="B9BBBD"/>
                    <w:left w:val="single" w:sz="8" w:space="0" w:color="8B8F93"/>
                    <w:bottom w:val="single" w:sz="4" w:space="0" w:color="D5D5D5"/>
                    <w:right w:val="single" w:sz="8" w:space="0" w:color="8B8F93"/>
                  </w:tcBorders>
                  <w:shd w:val="clear" w:color="auto" w:fill="FFFFFF"/>
                  <w:tcMar>
                    <w:top w:w="45" w:type="dxa"/>
                    <w:left w:w="75" w:type="dxa"/>
                    <w:bottom w:w="32" w:type="dxa"/>
                    <w:right w:w="65" w:type="dxa"/>
                  </w:tcMar>
                  <w:vAlign w:val="center"/>
                </w:tcPr>
                <w:p w14:paraId="3738DC43" w14:textId="77777777" w:rsidR="009E36AA" w:rsidRDefault="00000000">
                  <w:pPr>
                    <w:spacing w:line="216" w:lineRule="auto"/>
                    <w:rPr>
                      <w:rFonts w:hint="eastAsia"/>
                    </w:rPr>
                  </w:pPr>
                  <w:r>
                    <w:rPr>
                      <w:rFonts w:eastAsia="Lato"/>
                      <w:b/>
                      <w:color w:val="9B6B3F"/>
                      <w:sz w:val="14"/>
                    </w:rPr>
                    <w:t xml:space="preserve">WHAT TO DO: </w:t>
                  </w:r>
                  <w:r>
                    <w:rPr>
                      <w:rFonts w:eastAsia="Lato"/>
                      <w:color w:val="25282C"/>
                      <w:sz w:val="14"/>
                    </w:rPr>
                    <w:t>Run black tape along the long outer edges and corner seams. Fold the tape over each edge so both adjoining panels are sealed.</w:t>
                  </w:r>
                </w:p>
              </w:tc>
            </w:tr>
            <w:tr w:rsidR="009E36AA" w14:paraId="76026913" w14:textId="77777777">
              <w:trPr>
                <w:cantSplit/>
                <w:trHeight w:hRule="exact" w:val="835"/>
                <w:jc w:val="center"/>
              </w:trPr>
              <w:tc>
                <w:tcPr>
                  <w:tcW w:w="5356" w:type="dxa"/>
                  <w:gridSpan w:val="2"/>
                  <w:tcBorders>
                    <w:top w:val="single" w:sz="4" w:space="0" w:color="D5D5D5"/>
                    <w:left w:val="single" w:sz="8" w:space="0" w:color="8B8F93"/>
                    <w:bottom w:val="single" w:sz="8" w:space="0" w:color="8B8F93"/>
                    <w:right w:val="single" w:sz="8" w:space="0" w:color="8B8F93"/>
                  </w:tcBorders>
                  <w:shd w:val="clear" w:color="auto" w:fill="F6F5F2"/>
                  <w:tcMar>
                    <w:top w:w="30" w:type="dxa"/>
                    <w:left w:w="75" w:type="dxa"/>
                    <w:bottom w:w="28" w:type="dxa"/>
                    <w:right w:w="65" w:type="dxa"/>
                  </w:tcMar>
                  <w:vAlign w:val="center"/>
                </w:tcPr>
                <w:p w14:paraId="5008A082" w14:textId="3AAF8CF9" w:rsidR="009E36AA" w:rsidRDefault="00000000">
                  <w:pPr>
                    <w:spacing w:line="211" w:lineRule="auto"/>
                    <w:rPr>
                      <w:rFonts w:hint="eastAsia"/>
                    </w:rPr>
                  </w:pPr>
                  <w:r>
                    <w:rPr>
                      <w:rFonts w:eastAsia="Lato"/>
                      <w:b/>
                      <w:color w:val="4B5056"/>
                      <w:sz w:val="13"/>
                    </w:rPr>
                    <w:t xml:space="preserve">DETAILS: </w:t>
                  </w:r>
                  <w:r>
                    <w:rPr>
                      <w:rFonts w:eastAsia="Lato"/>
                      <w:color w:val="666A70"/>
                      <w:sz w:val="13"/>
                    </w:rPr>
                    <w:t>Press out wrinkles and cover any exposed cardboard gaps.</w:t>
                  </w:r>
                  <w:r w:rsidR="006C2D4F">
                    <w:rPr>
                      <w:rFonts w:eastAsia="Lato"/>
                      <w:color w:val="666A70"/>
                      <w:sz w:val="13"/>
                    </w:rPr>
                    <w:t xml:space="preserve"> Try stretching it it will naturally curl over the edge.</w:t>
                  </w:r>
                </w:p>
              </w:tc>
            </w:tr>
          </w:tbl>
          <w:p w14:paraId="5585F38A" w14:textId="77777777" w:rsidR="009E36AA" w:rsidRDefault="009E36AA">
            <w:pPr>
              <w:spacing w:line="20" w:lineRule="exact"/>
              <w:rPr>
                <w:rFonts w:hint="eastAsia"/>
              </w:rPr>
            </w:pPr>
          </w:p>
        </w:tc>
        <w:tc>
          <w:tcPr>
            <w:tcW w:w="5573" w:type="dxa"/>
            <w:tcMar>
              <w:top w:w="42" w:type="dxa"/>
              <w:left w:w="42" w:type="dxa"/>
              <w:bottom w:w="42" w:type="dxa"/>
              <w:right w:w="42" w:type="dxa"/>
            </w:tcMar>
          </w:tcPr>
          <w:tbl>
            <w:tblPr>
              <w:tblW w:w="5356" w:type="dxa"/>
              <w:jc w:val="center"/>
              <w:tblLayout w:type="fixed"/>
              <w:tblLook w:val="04A0" w:firstRow="1" w:lastRow="0" w:firstColumn="1" w:lastColumn="0" w:noHBand="0" w:noVBand="1"/>
            </w:tblPr>
            <w:tblGrid>
              <w:gridCol w:w="662"/>
              <w:gridCol w:w="4694"/>
            </w:tblGrid>
            <w:tr w:rsidR="009E36AA" w14:paraId="7015F151" w14:textId="77777777">
              <w:trPr>
                <w:cantSplit/>
                <w:trHeight w:hRule="exact" w:val="547"/>
                <w:jc w:val="center"/>
              </w:trPr>
              <w:tc>
                <w:tcPr>
                  <w:tcW w:w="662" w:type="dxa"/>
                  <w:tcBorders>
                    <w:top w:val="single" w:sz="8" w:space="0" w:color="4B5056"/>
                    <w:left w:val="single" w:sz="8" w:space="0" w:color="4B5056"/>
                    <w:bottom w:val="single" w:sz="8" w:space="0" w:color="4B5056"/>
                    <w:right w:val="single" w:sz="8" w:space="0" w:color="9B6B3F"/>
                  </w:tcBorders>
                  <w:shd w:val="clear" w:color="auto" w:fill="9B6B3F"/>
                  <w:tcMar>
                    <w:top w:w="0" w:type="dxa"/>
                    <w:left w:w="0" w:type="dxa"/>
                    <w:bottom w:w="0" w:type="dxa"/>
                    <w:right w:w="0" w:type="dxa"/>
                  </w:tcMar>
                  <w:vAlign w:val="center"/>
                </w:tcPr>
                <w:p w14:paraId="0EDCD5DE" w14:textId="77777777" w:rsidR="009E36AA" w:rsidRDefault="00000000">
                  <w:pPr>
                    <w:spacing w:line="216" w:lineRule="auto"/>
                    <w:jc w:val="center"/>
                    <w:rPr>
                      <w:rFonts w:hint="eastAsia"/>
                    </w:rPr>
                  </w:pPr>
                  <w:r>
                    <w:rPr>
                      <w:rFonts w:eastAsia="Lato"/>
                      <w:b/>
                      <w:color w:val="FFFFFF"/>
                      <w:sz w:val="24"/>
                    </w:rPr>
                    <w:t>8</w:t>
                  </w:r>
                </w:p>
              </w:tc>
              <w:tc>
                <w:tcPr>
                  <w:tcW w:w="4694" w:type="dxa"/>
                  <w:tcBorders>
                    <w:top w:val="single" w:sz="8" w:space="0" w:color="4B5056"/>
                    <w:left w:val="single" w:sz="8" w:space="0" w:color="4B5056"/>
                    <w:bottom w:val="single" w:sz="8" w:space="0" w:color="4B5056"/>
                    <w:right w:val="single" w:sz="8" w:space="0" w:color="4B5056"/>
                  </w:tcBorders>
                  <w:shd w:val="clear" w:color="auto" w:fill="4B5056"/>
                  <w:tcMar>
                    <w:top w:w="0" w:type="dxa"/>
                    <w:left w:w="80" w:type="dxa"/>
                    <w:bottom w:w="0" w:type="dxa"/>
                    <w:right w:w="70" w:type="dxa"/>
                  </w:tcMar>
                  <w:vAlign w:val="center"/>
                </w:tcPr>
                <w:p w14:paraId="49056C3B" w14:textId="77777777" w:rsidR="009E36AA" w:rsidRDefault="00000000">
                  <w:pPr>
                    <w:spacing w:line="216" w:lineRule="auto"/>
                    <w:rPr>
                      <w:rFonts w:hint="eastAsia"/>
                    </w:rPr>
                  </w:pPr>
                  <w:r>
                    <w:rPr>
                      <w:rFonts w:eastAsia="Lato"/>
                      <w:b/>
                      <w:color w:val="D7D8DA"/>
                      <w:sz w:val="15"/>
                    </w:rPr>
                    <w:t xml:space="preserve">STEP TITLE: </w:t>
                  </w:r>
                  <w:r>
                    <w:rPr>
                      <w:rFonts w:eastAsia="Lato"/>
                      <w:i/>
                      <w:color w:val="FFFFFF"/>
                      <w:sz w:val="15"/>
                    </w:rPr>
                    <w:t>SEAL EVERY EDGE</w:t>
                  </w:r>
                </w:p>
              </w:tc>
            </w:tr>
            <w:tr w:rsidR="009E36AA" w14:paraId="32C478EB" w14:textId="77777777">
              <w:trPr>
                <w:cantSplit/>
                <w:trHeight w:hRule="exact" w:val="3715"/>
                <w:jc w:val="center"/>
              </w:trPr>
              <w:tc>
                <w:tcPr>
                  <w:tcW w:w="5356" w:type="dxa"/>
                  <w:gridSpan w:val="2"/>
                  <w:tcBorders>
                    <w:top w:val="single" w:sz="8" w:space="0" w:color="8B8F93"/>
                    <w:left w:val="single" w:sz="8" w:space="0" w:color="8B8F93"/>
                    <w:bottom w:val="single" w:sz="8" w:space="0" w:color="8B8F93"/>
                    <w:right w:val="single" w:sz="8" w:space="0" w:color="8B8F93"/>
                  </w:tcBorders>
                  <w:shd w:val="clear" w:color="auto" w:fill="ECEBE7"/>
                  <w:tcMar>
                    <w:top w:w="25" w:type="dxa"/>
                    <w:left w:w="40" w:type="dxa"/>
                    <w:bottom w:w="20" w:type="dxa"/>
                    <w:right w:w="40" w:type="dxa"/>
                  </w:tcMar>
                  <w:vAlign w:val="center"/>
                </w:tcPr>
                <w:p w14:paraId="14D7A11F" w14:textId="77777777" w:rsidR="009E36AA" w:rsidRDefault="00000000">
                  <w:pPr>
                    <w:spacing w:line="240" w:lineRule="auto"/>
                    <w:jc w:val="center"/>
                    <w:rPr>
                      <w:rFonts w:hint="eastAsia"/>
                    </w:rPr>
                  </w:pPr>
                  <w:r>
                    <w:rPr>
                      <w:noProof/>
                    </w:rPr>
                    <w:drawing>
                      <wp:inline distT="0" distB="0" distL="0" distR="0" wp14:anchorId="553183D4" wp14:editId="679B4A3C">
                        <wp:extent cx="3191256" cy="19945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p_08.jpg"/>
                                <pic:cNvPicPr/>
                              </pic:nvPicPr>
                              <pic:blipFill>
                                <a:blip r:embed="rId15"/>
                                <a:stretch>
                                  <a:fillRect/>
                                </a:stretch>
                              </pic:blipFill>
                              <pic:spPr>
                                <a:xfrm>
                                  <a:off x="0" y="0"/>
                                  <a:ext cx="3191256" cy="1994535"/>
                                </a:xfrm>
                                <a:prstGeom prst="rect">
                                  <a:avLst/>
                                </a:prstGeom>
                              </pic:spPr>
                            </pic:pic>
                          </a:graphicData>
                        </a:graphic>
                      </wp:inline>
                    </w:drawing>
                  </w:r>
                </w:p>
                <w:p w14:paraId="2F4CDCEF" w14:textId="77777777" w:rsidR="009E36AA" w:rsidRDefault="009E36AA">
                  <w:pPr>
                    <w:rPr>
                      <w:rFonts w:hint="eastAsia"/>
                    </w:rPr>
                  </w:pPr>
                </w:p>
              </w:tc>
            </w:tr>
            <w:tr w:rsidR="009E36AA" w14:paraId="0D0E23C3" w14:textId="77777777">
              <w:trPr>
                <w:cantSplit/>
                <w:trHeight w:hRule="exact" w:val="1152"/>
                <w:jc w:val="center"/>
              </w:trPr>
              <w:tc>
                <w:tcPr>
                  <w:tcW w:w="5356" w:type="dxa"/>
                  <w:gridSpan w:val="2"/>
                  <w:tcBorders>
                    <w:top w:val="single" w:sz="6" w:space="0" w:color="B9BBBD"/>
                    <w:left w:val="single" w:sz="8" w:space="0" w:color="8B8F93"/>
                    <w:bottom w:val="single" w:sz="4" w:space="0" w:color="D5D5D5"/>
                    <w:right w:val="single" w:sz="8" w:space="0" w:color="8B8F93"/>
                  </w:tcBorders>
                  <w:shd w:val="clear" w:color="auto" w:fill="FFFFFF"/>
                  <w:tcMar>
                    <w:top w:w="45" w:type="dxa"/>
                    <w:left w:w="75" w:type="dxa"/>
                    <w:bottom w:w="32" w:type="dxa"/>
                    <w:right w:w="65" w:type="dxa"/>
                  </w:tcMar>
                  <w:vAlign w:val="center"/>
                </w:tcPr>
                <w:p w14:paraId="365F9CC6" w14:textId="77777777" w:rsidR="009E36AA" w:rsidRDefault="00000000">
                  <w:pPr>
                    <w:spacing w:line="216" w:lineRule="auto"/>
                    <w:rPr>
                      <w:rFonts w:hint="eastAsia"/>
                    </w:rPr>
                  </w:pPr>
                  <w:r>
                    <w:rPr>
                      <w:rFonts w:eastAsia="Lato"/>
                      <w:b/>
                      <w:color w:val="9B6B3F"/>
                      <w:sz w:val="14"/>
                    </w:rPr>
                    <w:t xml:space="preserve">WHAT TO DO: </w:t>
                  </w:r>
                  <w:r>
                    <w:rPr>
                      <w:rFonts w:eastAsia="Lato"/>
                      <w:color w:val="25282C"/>
                      <w:sz w:val="14"/>
                    </w:rPr>
                    <w:t>Finish covering all remaining seams and exposed edges with black tape. Check the entire camera for openings where stray light might enter.</w:t>
                  </w:r>
                </w:p>
              </w:tc>
            </w:tr>
            <w:tr w:rsidR="009E36AA" w14:paraId="7E43B7FE" w14:textId="77777777">
              <w:trPr>
                <w:cantSplit/>
                <w:trHeight w:hRule="exact" w:val="835"/>
                <w:jc w:val="center"/>
              </w:trPr>
              <w:tc>
                <w:tcPr>
                  <w:tcW w:w="5356" w:type="dxa"/>
                  <w:gridSpan w:val="2"/>
                  <w:tcBorders>
                    <w:top w:val="single" w:sz="4" w:space="0" w:color="D5D5D5"/>
                    <w:left w:val="single" w:sz="8" w:space="0" w:color="8B8F93"/>
                    <w:bottom w:val="single" w:sz="8" w:space="0" w:color="8B8F93"/>
                    <w:right w:val="single" w:sz="8" w:space="0" w:color="8B8F93"/>
                  </w:tcBorders>
                  <w:shd w:val="clear" w:color="auto" w:fill="F6F5F2"/>
                  <w:tcMar>
                    <w:top w:w="30" w:type="dxa"/>
                    <w:left w:w="75" w:type="dxa"/>
                    <w:bottom w:w="28" w:type="dxa"/>
                    <w:right w:w="65" w:type="dxa"/>
                  </w:tcMar>
                  <w:vAlign w:val="center"/>
                </w:tcPr>
                <w:p w14:paraId="727E9C6B" w14:textId="77777777" w:rsidR="009E36AA" w:rsidRDefault="00000000">
                  <w:pPr>
                    <w:spacing w:line="211" w:lineRule="auto"/>
                    <w:rPr>
                      <w:rFonts w:hint="eastAsia"/>
                    </w:rPr>
                  </w:pPr>
                  <w:r>
                    <w:rPr>
                      <w:rFonts w:eastAsia="Lato"/>
                      <w:b/>
                      <w:color w:val="4B5056"/>
                      <w:sz w:val="13"/>
                    </w:rPr>
                    <w:t xml:space="preserve">DETAILS: </w:t>
                  </w:r>
                  <w:r>
                    <w:rPr>
                      <w:rFonts w:eastAsia="Lato"/>
                      <w:color w:val="666A70"/>
                      <w:sz w:val="13"/>
                    </w:rPr>
                    <w:t>The camera is complete when every seam is sealed except the large viewing opening and the tiny pinhole.</w:t>
                  </w:r>
                </w:p>
              </w:tc>
            </w:tr>
          </w:tbl>
          <w:p w14:paraId="06F686AF" w14:textId="77777777" w:rsidR="009E36AA" w:rsidRDefault="009E36AA">
            <w:pPr>
              <w:spacing w:line="20" w:lineRule="exact"/>
              <w:rPr>
                <w:rFonts w:hint="eastAsia"/>
              </w:rPr>
            </w:pPr>
          </w:p>
        </w:tc>
      </w:tr>
    </w:tbl>
    <w:p w14:paraId="32CF8888" w14:textId="77777777" w:rsidR="00FB27F1" w:rsidRDefault="00FB27F1"/>
    <w:sectPr w:rsidR="00FB27F1" w:rsidSect="00034616">
      <w:footerReference w:type="default" r:id="rId16"/>
      <w:pgSz w:w="12240" w:h="15840"/>
      <w:pgMar w:top="547" w:right="547" w:bottom="605" w:left="547" w:header="259" w:footer="490" w:gutter="0"/>
      <w:pgBorders w:offsetFrom="page">
        <w:top w:val="single" w:sz="12" w:space="16" w:color="4B5056"/>
        <w:left w:val="single" w:sz="12" w:space="16" w:color="4B5056"/>
        <w:bottom w:val="single" w:sz="12" w:space="16" w:color="4B5056"/>
        <w:right w:val="single" w:sz="12" w:space="16" w:color="4B505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88C0" w14:textId="77777777" w:rsidR="00FB27F1" w:rsidRDefault="00FB27F1">
      <w:pPr>
        <w:spacing w:line="240" w:lineRule="auto"/>
        <w:rPr>
          <w:rFonts w:hint="eastAsia"/>
        </w:rPr>
      </w:pPr>
      <w:r>
        <w:separator/>
      </w:r>
    </w:p>
  </w:endnote>
  <w:endnote w:type="continuationSeparator" w:id="0">
    <w:p w14:paraId="63E6A99C" w14:textId="77777777" w:rsidR="00FB27F1" w:rsidRDefault="00FB27F1">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EB Garamond">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DFD5" w14:textId="77777777" w:rsidR="009E36AA" w:rsidRDefault="00000000">
    <w:pPr>
      <w:spacing w:line="216" w:lineRule="auto"/>
      <w:jc w:val="center"/>
      <w:rPr>
        <w:rFonts w:hint="eastAsia"/>
      </w:rPr>
    </w:pPr>
    <w:r>
      <w:rPr>
        <w:rFonts w:eastAsia="Lato"/>
        <w:color w:val="666A70"/>
        <w:sz w:val="13"/>
      </w:rPr>
      <w:t>Keep the black surfaces inside the camera. Use clear tape for assembly and black tape to block stray light.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5D0D3" w14:textId="77777777" w:rsidR="00FB27F1" w:rsidRDefault="00FB27F1">
      <w:pPr>
        <w:spacing w:line="240" w:lineRule="auto"/>
        <w:rPr>
          <w:rFonts w:hint="eastAsia"/>
        </w:rPr>
      </w:pPr>
      <w:r>
        <w:separator/>
      </w:r>
    </w:p>
  </w:footnote>
  <w:footnote w:type="continuationSeparator" w:id="0">
    <w:p w14:paraId="42D34C97" w14:textId="77777777" w:rsidR="00FB27F1" w:rsidRDefault="00FB27F1">
      <w:pPr>
        <w:spacing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1706992">
    <w:abstractNumId w:val="8"/>
  </w:num>
  <w:num w:numId="2" w16cid:durableId="1063868498">
    <w:abstractNumId w:val="6"/>
  </w:num>
  <w:num w:numId="3" w16cid:durableId="999237908">
    <w:abstractNumId w:val="5"/>
  </w:num>
  <w:num w:numId="4" w16cid:durableId="1531524671">
    <w:abstractNumId w:val="4"/>
  </w:num>
  <w:num w:numId="5" w16cid:durableId="1807119865">
    <w:abstractNumId w:val="7"/>
  </w:num>
  <w:num w:numId="6" w16cid:durableId="1178618362">
    <w:abstractNumId w:val="3"/>
  </w:num>
  <w:num w:numId="7" w16cid:durableId="2097944060">
    <w:abstractNumId w:val="2"/>
  </w:num>
  <w:num w:numId="8" w16cid:durableId="1785805195">
    <w:abstractNumId w:val="1"/>
  </w:num>
  <w:num w:numId="9" w16cid:durableId="1030374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67F15"/>
    <w:rsid w:val="006C2D4F"/>
    <w:rsid w:val="009A7253"/>
    <w:rsid w:val="009E36AA"/>
    <w:rsid w:val="00AA1D8D"/>
    <w:rsid w:val="00B47730"/>
    <w:rsid w:val="00CB0664"/>
    <w:rsid w:val="00FB27F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BF9890"/>
  <w14:defaultImageDpi w14:val="300"/>
  <w15:docId w15:val="{ACBDA952-DC6F-41D6-A7BB-6E4291EC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Lato" w:hAnsi="Lato"/>
      <w:sz w:val="1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208</Words>
  <Characters>2479</Characters>
  <Application>Microsoft Office Word</Application>
  <DocSecurity>0</DocSecurity>
  <Lines>45</Lines>
  <Paragraphs>42</Paragraphs>
  <ScaleCrop>false</ScaleCrop>
  <HeadingPairs>
    <vt:vector size="2" baseType="variant">
      <vt:variant>
        <vt:lpstr>Title</vt:lpstr>
      </vt:variant>
      <vt:variant>
        <vt:i4>1</vt:i4>
      </vt:variant>
    </vt:vector>
  </HeadingPairs>
  <TitlesOfParts>
    <vt:vector size="1" baseType="lpstr">
      <vt:lpstr>Small Pinhole Camera Instructions</vt:lpstr>
    </vt:vector>
  </TitlesOfParts>
  <Manager/>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Pinhole Camera Instructions</dc:title>
  <dc:subject>Eight-step assembly instructions for a small pinhole camera</dc:subject>
  <dc:creator>Laser Sloth</dc:creator>
  <cp:keywords>pinhole camera, instructions, assembly, Laser Sloth</cp:keywords>
  <dc:description>generated by python-docx</dc:description>
  <cp:lastModifiedBy>paul warrick</cp:lastModifiedBy>
  <cp:revision>2</cp:revision>
  <dcterms:created xsi:type="dcterms:W3CDTF">2013-12-23T23:15:00Z</dcterms:created>
  <dcterms:modified xsi:type="dcterms:W3CDTF">2026-08-03T22:32:00Z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fd33f5a0-eb1a-4b51-abb8-f6bef112fed0</vt:lpwstr>
  </property>
</Properties>
</file>